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2"/>
        </w:rPr>
        <w:t>VOORWOORD VOORBEELD</w:t>
      </w:r>
    </w:p>
    <w:p/>
    <w:p/>
    <w:p>
      <w:r>
        <w:rPr>
          <w:b/>
          <w:sz w:val="24"/>
        </w:rPr>
        <w:t>Inleiding</w:t>
      </w:r>
    </w:p>
    <w:p>
      <w:r>
        <w:rPr>
          <w:b w:val="0"/>
          <w:sz w:val="22"/>
        </w:rPr>
        <w:t>Dit document dient als voorbeeld van een voorwoord binnen een officieel document. Het is bedoeld om een helder en professioneel begin te geven aan uw rapport, rapportage of ander formeel verslag.</w:t>
      </w:r>
    </w:p>
    <w:p/>
    <w:p>
      <w:r>
        <w:rPr>
          <w:b/>
          <w:sz w:val="24"/>
        </w:rPr>
        <w:t>Doel van het Document</w:t>
      </w:r>
    </w:p>
    <w:p>
      <w:r>
        <w:rPr>
          <w:b w:val="0"/>
          <w:sz w:val="22"/>
        </w:rPr>
        <w:t>Het doel van dit voorwoord is om de lezer te informeren over de achtergrond, de aanleiding en de opzet van het document dat volgt. Het schept verwachtingen en biedt context voor de inhoud.</w:t>
      </w:r>
    </w:p>
    <w:p/>
    <w:p>
      <w:r>
        <w:rPr>
          <w:b/>
          <w:sz w:val="24"/>
        </w:rPr>
        <w:t>Dankwoord</w:t>
      </w:r>
    </w:p>
    <w:p>
      <w:r>
        <w:rPr>
          <w:b w:val="0"/>
          <w:sz w:val="22"/>
        </w:rPr>
        <w:t>Wij spreken onze waardering uit aan alle betrokkenen die hebben bijgedragen aan de totstandkoming van dit document. Hun inzet en samenwerking zijn van groot belang geweest voor het succes van dit werk.</w:t>
      </w:r>
    </w:p>
    <w:p/>
    <w:p>
      <w:r>
        <w:rPr>
          <w:b/>
          <w:sz w:val="24"/>
        </w:rPr>
        <w:t>Toelichting op de Inhoud</w:t>
      </w:r>
    </w:p>
    <w:p>
      <w:r>
        <w:rPr>
          <w:b w:val="0"/>
          <w:sz w:val="22"/>
        </w:rPr>
        <w:t>De volgende hoofdstukken behandelen de verschillende onderdelen die relevant zijn voor het onderwerp. Hierbij is gestreefd naar een heldere en gestructureerde weergave, conform de geldende normen en richtlijnen.</w:t>
      </w:r>
    </w:p>
    <w:p/>
    <w:p/>
    <w:p>
      <w:r>
        <w:rPr>
          <w:b w:val="0"/>
          <w:sz w:val="22"/>
        </w:rPr>
        <w:t>Plaats : ____________________________________________</w:t>
      </w:r>
    </w:p>
    <w:p>
      <w:r>
        <w:rPr>
          <w:b w:val="0"/>
          <w:sz w:val="22"/>
        </w:rPr>
        <w:t>Naam  : ____________________________________________</w:t>
      </w:r>
    </w:p>
    <w:p>
      <w:r>
        <w:rPr>
          <w:b w:val="0"/>
          <w:sz w:val="22"/>
        </w:rPr>
        <w:t>Functie : 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Opsteller</w:t>
            </w:r>
          </w:p>
        </w:tc>
        <w:tc>
          <w:tcPr>
            <w:tcW w:type="dxa" w:w="4986"/>
            <w:tcBorders>
              <w:top w:val="nil"/>
              <w:left w:val="nil"/>
              <w:bottom w:val="nil"/>
              <w:right w:val="nil"/>
              <w:insideH w:val="nil"/>
              <w:insideV w:val="nil"/>
            </w:tcBorders>
          </w:tcPr>
          <w:p>
            <w:pPr>
              <w:jc w:val="center"/>
            </w:pPr>
            <w:r>
              <w:t>Bevestiger</w:t>
            </w:r>
          </w:p>
        </w:tc>
      </w:tr>
      <w:tr>
        <w:tc>
          <w:tcPr>
            <w:tcW w:type="dxa" w:w="4986"/>
            <w:tcBorders>
              <w:top w:val="nil"/>
              <w:left w:val="nil"/>
              <w:bottom w:val="nil"/>
              <w:right w:val="nil"/>
              <w:insideH w:val="nil"/>
              <w:insideV w:val="nil"/>
            </w:tcBorders>
          </w:tcPr>
          <w:p>
            <w:pPr>
              <w:jc w:val="center"/>
            </w:pPr>
            <w:r>
              <w:br/>
              <w:br/>
              <w:t>Handtekening : _________________________</w:t>
            </w:r>
          </w:p>
        </w:tc>
        <w:tc>
          <w:tcPr>
            <w:tcW w:type="dxa" w:w="4986"/>
            <w:tcBorders>
              <w:top w:val="nil"/>
              <w:left w:val="nil"/>
              <w:bottom w:val="nil"/>
              <w:right w:val="nil"/>
              <w:insideH w:val="nil"/>
              <w:insideV w:val="nil"/>
            </w:tcBorders>
          </w:tcPr>
          <w:p>
            <w:pPr>
              <w:jc w:val="center"/>
            </w:pPr>
            <w:r>
              <w:br/>
              <w:br/>
              <w:t>Handtekening : _________________________</w:t>
            </w:r>
          </w:p>
        </w:tc>
      </w:tr>
    </w:tbl>
    <w:p>
      <w:r>
        <w:br w:type="page"/>
      </w:r>
    </w:p>
    <w:p>
      <w:pPr>
        <w:jc w:val="center"/>
      </w:pPr>
      <w:r>
        <w:rPr>
          <w:color w:val="555555"/>
          <w:sz w:val="24"/>
        </w:rPr>
        <w:t>Oorspronkelijke bron van dit document:</w:t>
      </w:r>
    </w:p>
    <w:p>
      <w:pPr>
        <w:jc w:val="center"/>
      </w:pPr>
      <w:hyperlink r:id="rId9">
        <w:r>
          <w:rPr>
            <w:color w:val="0000FF"/>
            <w:u w:val="single"/>
          </w:rPr>
          <w:t>https://voorbeeld-centrum.com/voorwoord-voorbeeld/</w:t>
        </w:r>
      </w:hyperlink>
    </w:p>
    <w:p>
      <w:pPr>
        <w:jc w:val="center"/>
      </w:pPr>
      <w:r>
        <w:rPr>
          <w:color w:val="555555"/>
          <w:sz w:val="26"/>
        </w:rPr>
        <w:t>Was dit voorbeeld nuttig voor jou?</w:t>
      </w:r>
    </w:p>
    <w:p>
      <w:pPr>
        <w:jc w:val="center"/>
      </w:pPr>
      <w:r>
        <w:rPr>
          <w:color w:val="555555"/>
          <w:sz w:val="26"/>
        </w:rPr>
        <w:t>Vind andere bijgewerkte voorbeelden op de website:</w:t>
      </w:r>
    </w:p>
    <w:p>
      <w:pPr>
        <w:jc w:val="center"/>
      </w:pPr>
      <w:hyperlink r:id="rId10">
        <w:r>
          <w:rPr>
            <w:color w:val="0000FF"/>
            <w:u w:val="single"/>
          </w:rPr>
          <w:t>https://voorbeeld-centrum.com</w:t>
        </w:r>
      </w:hyperlink>
    </w:p>
    <w:p>
      <w:pPr>
        <w:jc w:val="center"/>
      </w:pPr>
      <w:r>
        <w:rPr>
          <w:color w:val="808080"/>
          <w:sz w:val="20"/>
        </w:rPr>
        <w:t>Dit voorbeeld is uitsluitend bedoeld voor persoonlijk en niet-commercieel gebruik.</w:t>
        <w:br/>
        <w:t>Elke verspreiding of publicatie moet de bron vermelden. © voorbeeld-centrum.com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voorbeeld-centrum.com/voorwoord-voorbeeld/" TargetMode="External"/><Relationship Id="rId10" Type="http://schemas.openxmlformats.org/officeDocument/2006/relationships/hyperlink" Target="https://voorbeeld-centrum.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