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VOORBEELD ZORGBESCHRIJVING BEGELEIDING INDIVIDUEEL</w:t>
      </w:r>
    </w:p>
    <w:p/>
    <w:p>
      <w:r>
        <w:rPr>
          <w:b/>
          <w:sz w:val="20"/>
        </w:rPr>
        <w:t>Cliëntgegevens:</w:t>
      </w:r>
    </w:p>
    <w:p>
      <w:r>
        <w:rPr>
          <w:b w:val="0"/>
          <w:sz w:val="20"/>
        </w:rPr>
        <w:t>Naam cliënt: _______________________________________________________________</w:t>
      </w:r>
    </w:p>
    <w:p>
      <w:r>
        <w:rPr>
          <w:b w:val="0"/>
          <w:sz w:val="20"/>
        </w:rPr>
        <w:t>Geboortedatum: _____________________________________________________________</w:t>
      </w:r>
    </w:p>
    <w:p>
      <w:r>
        <w:rPr>
          <w:b w:val="0"/>
          <w:sz w:val="20"/>
        </w:rPr>
        <w:t>Adres: _____________________________________________________________________</w:t>
      </w:r>
    </w:p>
    <w:p>
      <w:r>
        <w:rPr>
          <w:b w:val="0"/>
          <w:sz w:val="20"/>
        </w:rPr>
        <w:t>Telefoonnummer: ____________________________________________________________</w:t>
      </w:r>
    </w:p>
    <w:p/>
    <w:p>
      <w:r>
        <w:rPr>
          <w:b/>
          <w:sz w:val="20"/>
        </w:rPr>
        <w:t>Gegevens zorgaanbieder:</w:t>
      </w:r>
    </w:p>
    <w:p>
      <w:r>
        <w:rPr>
          <w:b w:val="0"/>
          <w:sz w:val="20"/>
        </w:rPr>
        <w:t>Naam organisatie: ___________________________________________________________</w:t>
      </w:r>
    </w:p>
    <w:p>
      <w:r>
        <w:rPr>
          <w:b w:val="0"/>
          <w:sz w:val="20"/>
        </w:rPr>
        <w:t>Contactpersoon: _____________________________________________________________</w:t>
      </w:r>
    </w:p>
    <w:p>
      <w:r>
        <w:rPr>
          <w:b w:val="0"/>
          <w:sz w:val="20"/>
        </w:rPr>
        <w:t>Telefoonnummer: ____________________________________________________________</w:t>
      </w:r>
    </w:p>
    <w:p>
      <w:r>
        <w:rPr>
          <w:b w:val="0"/>
          <w:sz w:val="20"/>
        </w:rPr>
        <w:t>E-mailadres: _______________________________________________________________</w:t>
      </w:r>
    </w:p>
    <w:p/>
    <w:p>
      <w:r>
        <w:rPr>
          <w:b/>
          <w:sz w:val="20"/>
        </w:rPr>
        <w:t>Hulpvraag en doelstelling:</w:t>
      </w:r>
    </w:p>
    <w:p>
      <w:r>
        <w:rPr>
          <w:b w:val="0"/>
          <w:sz w:val="20"/>
        </w:rPr>
        <w:t>De cliënt heeft de volgende hulpvraag(en):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/>
    <w:p>
      <w:r>
        <w:rPr>
          <w:b w:val="0"/>
          <w:sz w:val="20"/>
        </w:rPr>
        <w:t>De begeleiding richt zich op de volgende doelstelling(en):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/>
    <w:p>
      <w:r>
        <w:rPr>
          <w:b/>
          <w:sz w:val="20"/>
        </w:rPr>
        <w:t>Beschrijving van de begeleiding:</w:t>
      </w:r>
    </w:p>
    <w:p>
      <w:r>
        <w:rPr>
          <w:b w:val="0"/>
          <w:sz w:val="20"/>
        </w:rPr>
        <w:t>De begeleiding zal bestaan uit de volgende activiteiten: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/>
    <w:p>
      <w:r>
        <w:rPr>
          <w:b/>
          <w:sz w:val="20"/>
        </w:rPr>
        <w:t>Frequentie en duur van de begeleiding:</w:t>
      </w:r>
    </w:p>
    <w:p>
      <w:r>
        <w:rPr>
          <w:b w:val="0"/>
          <w:sz w:val="20"/>
        </w:rPr>
        <w:t>De begeleiding vindt plaats met de volgende frequentie en duur:</w:t>
      </w:r>
    </w:p>
    <w:p>
      <w:r>
        <w:rPr>
          <w:b w:val="0"/>
          <w:sz w:val="20"/>
        </w:rPr>
        <w:t>Frequentie: _________________________________________________________________</w:t>
      </w:r>
    </w:p>
    <w:p>
      <w:r>
        <w:rPr>
          <w:b w:val="0"/>
          <w:sz w:val="20"/>
        </w:rPr>
        <w:t>Duur per sessie: ____________________________________________________________</w:t>
      </w:r>
    </w:p>
    <w:p>
      <w:r>
        <w:rPr>
          <w:b w:val="0"/>
          <w:sz w:val="20"/>
        </w:rPr>
        <w:t>Totale duur van de begeleiding: ______________________________________________</w:t>
      </w:r>
    </w:p>
    <w:p/>
    <w:p>
      <w:r>
        <w:rPr>
          <w:b/>
          <w:sz w:val="20"/>
        </w:rPr>
        <w:t>Resultaatmeting:</w:t>
      </w:r>
    </w:p>
    <w:p>
      <w:r>
        <w:rPr>
          <w:b w:val="0"/>
          <w:sz w:val="20"/>
        </w:rPr>
        <w:t>De voortgang wordt gemeten aan de hand van de volgende criteria: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/>
    <w:p>
      <w:r>
        <w:rPr>
          <w:b/>
          <w:sz w:val="20"/>
        </w:rPr>
        <w:t>Betrokkenen bij de begeleiding:</w:t>
      </w:r>
    </w:p>
    <w:p>
      <w:r>
        <w:rPr>
          <w:b w:val="0"/>
          <w:sz w:val="20"/>
        </w:rPr>
        <w:t>Naast de cliënt zijn de volgende personen betrokken: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/>
    <w:p>
      <w:r>
        <w:rPr>
          <w:b/>
          <w:sz w:val="20"/>
        </w:rPr>
        <w:t>Overige belangrijke informatie:</w:t>
      </w:r>
    </w:p>
    <w:p>
      <w:r>
        <w:rPr>
          <w:b w:val="0"/>
          <w:sz w:val="20"/>
        </w:rPr>
        <w:t>- __________________________________________________________________________</w:t>
      </w:r>
    </w:p>
    <w:p>
      <w:r>
        <w:rPr>
          <w:b w:val="0"/>
          <w:sz w:val="20"/>
        </w:rPr>
        <w:t>- 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Cliënt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Begeleider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https://voorbeeld-centrum.com/voorbeeld-zorgbeschrijving-begeleiding-individueel/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https://voorbeeld-centrum.com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voorbeeld-centrum.com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orbeeld-centrum.com/voorbeeld-zorgbeschrijving-begeleiding-individueel/" TargetMode="External"/><Relationship Id="rId10" Type="http://schemas.openxmlformats.org/officeDocument/2006/relationships/hyperlink" Target="https://voorbeeld-cent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