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ZIENSWIJZE OMGEVINGSVERGUNNING</w:t>
      </w:r>
    </w:p>
    <w:p/>
    <w:p>
      <w:r>
        <w:rPr>
          <w:b/>
          <w:sz w:val="20"/>
        </w:rPr>
        <w:t>Gegevens van de indiener van de zienswijze:</w:t>
      </w:r>
    </w:p>
    <w:p>
      <w:r>
        <w:rPr>
          <w:b w:val="0"/>
          <w:sz w:val="20"/>
        </w:rPr>
        <w:t>Naam : ________________________________________________________________</w:t>
      </w:r>
    </w:p>
    <w:p>
      <w:r>
        <w:rPr>
          <w:b w:val="0"/>
          <w:sz w:val="20"/>
        </w:rPr>
        <w:t>Adres : _______________________________________________________________</w:t>
      </w:r>
    </w:p>
    <w:p>
      <w:r>
        <w:rPr>
          <w:b w:val="0"/>
          <w:sz w:val="20"/>
        </w:rPr>
        <w:t>Postcode en woonplaats : ______________________________________________</w:t>
      </w:r>
    </w:p>
    <w:p>
      <w:r>
        <w:rPr>
          <w:b w:val="0"/>
          <w:sz w:val="20"/>
        </w:rPr>
        <w:t>E-mailadres : __________________________________________________________</w:t>
      </w:r>
    </w:p>
    <w:p/>
    <w:p>
      <w:r>
        <w:rPr>
          <w:b/>
          <w:sz w:val="20"/>
        </w:rPr>
        <w:t>Gegevens van de omgevingsvergunning waarop deze zienswijze betrekking heeft:</w:t>
      </w:r>
    </w:p>
    <w:p>
      <w:r>
        <w:rPr>
          <w:b w:val="0"/>
          <w:sz w:val="20"/>
        </w:rPr>
        <w:t>Vergunningsnummer : ___________________________________________________</w:t>
      </w:r>
    </w:p>
    <w:p>
      <w:r>
        <w:rPr>
          <w:b w:val="0"/>
          <w:sz w:val="20"/>
        </w:rPr>
        <w:t>Locatie : ______________________________________________________________</w:t>
      </w:r>
    </w:p>
    <w:p>
      <w:r>
        <w:rPr>
          <w:b w:val="0"/>
          <w:sz w:val="20"/>
        </w:rPr>
        <w:t>Omschrijving van het project : _________________________________________</w:t>
      </w:r>
    </w:p>
    <w:p/>
    <w:p>
      <w:r>
        <w:rPr>
          <w:b w:val="0"/>
          <w:sz w:val="20"/>
        </w:rPr>
        <w:t>Geachte heer/mevrouw,</w:t>
      </w:r>
    </w:p>
    <w:p/>
    <w:p>
      <w:r>
        <w:rPr>
          <w:b w:val="0"/>
          <w:sz w:val="20"/>
        </w:rPr>
        <w:t>Hierbij dien ik namens mezelf/namens mijn organisatie een zienswijze in op het besluit tot het verlenen van de omgevingsvergunning zoals hierboven omschreven. Ik verzoek u mijn opmerkingen mee te nemen in de besluitvorming.</w:t>
      </w:r>
    </w:p>
    <w:p/>
    <w:p>
      <w:r>
        <w:rPr>
          <w:b/>
          <w:sz w:val="20"/>
        </w:rPr>
        <w:t>Redenen van de zienswijze:</w:t>
      </w:r>
    </w:p>
    <w:p>
      <w:r>
        <w:rPr>
          <w:b w:val="0"/>
          <w:sz w:val="20"/>
        </w:rPr>
        <w:t>1. _______________________________________________________________________</w:t>
      </w:r>
    </w:p>
    <w:p>
      <w:r>
        <w:rPr>
          <w:b w:val="0"/>
          <w:sz w:val="20"/>
        </w:rPr>
        <w:t>2. _______________________________________________________________________</w:t>
      </w:r>
    </w:p>
    <w:p>
      <w:r>
        <w:rPr>
          <w:b w:val="0"/>
          <w:sz w:val="20"/>
        </w:rPr>
        <w:t>3. _______________________________________________________________________</w:t>
      </w:r>
    </w:p>
    <w:p>
      <w:r>
        <w:rPr>
          <w:b w:val="0"/>
          <w:sz w:val="20"/>
        </w:rPr>
        <w:t>4. _______________________________________________________________________</w:t>
      </w:r>
    </w:p>
    <w:p>
      <w:r>
        <w:rPr>
          <w:b w:val="0"/>
          <w:sz w:val="20"/>
        </w:rPr>
        <w:t>5. _______________________________________________________________________</w:t>
      </w:r>
    </w:p>
    <w:p/>
    <w:p>
      <w:r>
        <w:rPr>
          <w:b/>
          <w:sz w:val="20"/>
        </w:rPr>
        <w:t>Onderbouwing van de zienswijze: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 w:val="0"/>
          <w:sz w:val="20"/>
        </w:rPr>
        <w:t>Concluderend verzoek ik u om de omgevingsvergunning te heroverwegen en mijn zienswijze mee te wegen bij het nemen van het definitieve besluit.</w:t>
      </w:r>
    </w:p>
    <w:p/>
    <w:p>
      <w:r>
        <w:rPr>
          <w:b w:val="0"/>
          <w:sz w:val="20"/>
        </w:rPr>
        <w:t>Met vriendelijke groet,</w:t>
      </w:r>
    </w:p>
    <w:p/>
    <w:p/>
    <w:p/>
    <w:p>
      <w:r>
        <w:rPr>
          <w:b w:val="0"/>
          <w:sz w:val="20"/>
        </w:rPr>
        <w:t>Naam indiener : _________________________________________________________</w:t>
      </w:r>
    </w:p>
    <w:p>
      <w:r>
        <w:rPr>
          <w:b w:val="0"/>
          <w:sz w:val="20"/>
        </w:rPr>
        <w:t>Handtekening : ___________________________________________________________</w:t>
      </w:r>
    </w:p>
    <w:p/>
    <w:p/>
    <w:p>
      <w:r>
        <w:rPr>
          <w:b w:val="0"/>
          <w:sz w:val="20"/>
        </w:rPr>
        <w:t>Plaats : _________________________________________________________________</w:t>
      </w:r>
    </w:p>
    <w:p>
      <w:r>
        <w:rPr>
          <w:b w:val="0"/>
          <w:sz w:val="20"/>
        </w:rPr>
        <w:t>Datum : __________________________________________________________________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Indiener zienswijze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Gemeente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Handtekening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Handtekening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Oorspronkelijke bron van dit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https://voorbeeld-centrum.com/voorbeeld-zienswijze-omgevingsvergunning/</w:t>
        </w:r>
      </w:hyperlink>
    </w:p>
    <w:p>
      <w:pPr>
        <w:jc w:val="center"/>
      </w:pPr>
      <w:r>
        <w:rPr>
          <w:color w:val="555555"/>
          <w:sz w:val="26"/>
        </w:rPr>
        <w:t>Was dit voorbeeld nuttig voor jou?</w:t>
      </w:r>
    </w:p>
    <w:p>
      <w:pPr>
        <w:jc w:val="center"/>
      </w:pPr>
      <w:r>
        <w:rPr>
          <w:color w:val="555555"/>
          <w:sz w:val="26"/>
        </w:rPr>
        <w:t>Vind andere bijgewerkte voorbeelden op de website: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https://voorbeeld-centrum.com</w:t>
        </w:r>
      </w:hyperlink>
    </w:p>
    <w:p>
      <w:pPr>
        <w:jc w:val="center"/>
      </w:pPr>
      <w:r>
        <w:rPr>
          <w:color w:val="808080"/>
          <w:sz w:val="20"/>
        </w:rPr>
        <w:t>Dit voorbeeld is uitsluitend bedoeld voor persoonlijk en niet-commercieel gebruik.</w:t>
        <w:br/>
        <w:t>Elke verspreiding of publicatie moet de bron vermelden. © voorbeeld-centrum.com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orbeeld-centrum.com/voorbeeld-zienswijze-omgevingsvergunning/" TargetMode="External"/><Relationship Id="rId10" Type="http://schemas.openxmlformats.org/officeDocument/2006/relationships/hyperlink" Target="https://voorbeeld-centrum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