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VOORBEELD SCHRIFTELIJKE SLACHTOFFERVERKLARING</w:t>
      </w:r>
    </w:p>
    <w:p/>
    <w:p/>
    <w:p>
      <w:r>
        <w:rPr>
          <w:b/>
          <w:sz w:val="20"/>
        </w:rPr>
        <w:t>Hierbij verklaart ondergetekende het volgende omtrent het incident waarvan hij/zij slachtoffer is geworden:</w:t>
      </w:r>
    </w:p>
    <w:p/>
    <w:p>
      <w:r>
        <w:rPr>
          <w:b/>
          <w:sz w:val="20"/>
        </w:rPr>
        <w:t>Persoonlijke gegevens van de slachtoffer:</w:t>
      </w:r>
    </w:p>
    <w:p>
      <w:r>
        <w:rPr>
          <w:b w:val="0"/>
          <w:sz w:val="20"/>
        </w:rPr>
        <w:t>Naam: ___________________________________________________________</w:t>
      </w:r>
    </w:p>
    <w:p>
      <w:r>
        <w:rPr>
          <w:b w:val="0"/>
          <w:sz w:val="20"/>
        </w:rPr>
        <w:t>Geboortedatum: ___________________________________________________</w:t>
      </w:r>
    </w:p>
    <w:p>
      <w:r>
        <w:rPr>
          <w:b w:val="0"/>
          <w:sz w:val="20"/>
        </w:rPr>
        <w:t>Adres: ___________________________________________________________</w:t>
      </w:r>
    </w:p>
    <w:p>
      <w:r>
        <w:rPr>
          <w:b w:val="0"/>
          <w:sz w:val="20"/>
        </w:rPr>
        <w:t>Telefoonnummer: ___________________________________________________</w:t>
      </w:r>
    </w:p>
    <w:p/>
    <w:p>
      <w:r>
        <w:rPr>
          <w:b/>
          <w:sz w:val="20"/>
        </w:rPr>
        <w:t>Beschrijving van het incident:</w:t>
      </w:r>
    </w:p>
    <w:p>
      <w:r>
        <w:rPr>
          <w:b w:val="0"/>
          <w:sz w:val="20"/>
        </w:rPr>
        <w:t>Datum en tijdstip van het incident: ____________________________________________</w:t>
      </w:r>
    </w:p>
    <w:p>
      <w:r>
        <w:rPr>
          <w:b w:val="0"/>
          <w:sz w:val="20"/>
        </w:rPr>
        <w:t>Locatie van het incident: ____________________________________________________</w:t>
      </w:r>
    </w:p>
    <w:p>
      <w:r>
        <w:rPr>
          <w:b w:val="0"/>
          <w:sz w:val="20"/>
        </w:rPr>
        <w:t>Omschrijving van wat er is gebeurd: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Gevolgen van het incident:</w:t>
      </w:r>
    </w:p>
    <w:p>
      <w:r>
        <w:rPr>
          <w:b w:val="0"/>
          <w:sz w:val="20"/>
        </w:rPr>
        <w:t>Fysieke gevolgen / verwondingen: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Psychische gevolgen: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Getuigen (indien aanwezig):</w:t>
      </w:r>
    </w:p>
    <w:p>
      <w:r>
        <w:rPr>
          <w:b w:val="0"/>
          <w:sz w:val="20"/>
        </w:rPr>
        <w:t>Naam: ___________________________________________________________</w:t>
      </w:r>
    </w:p>
    <w:p>
      <w:r>
        <w:rPr>
          <w:b w:val="0"/>
          <w:sz w:val="20"/>
        </w:rPr>
        <w:t>Contactgegevens: __________________________________________________</w:t>
      </w:r>
    </w:p>
    <w:p>
      <w:r>
        <w:rPr>
          <w:b w:val="0"/>
          <w:sz w:val="20"/>
        </w:rPr>
        <w:t>Omschrijving van de getuigenverklaring: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Eventuele bewijsstukken (bijvoorbeeld foto’s, documenten):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Ondergetekende verklaart dat bovenstaande informatie naar waarheid is ingevuld en volledig is.</w:t>
      </w:r>
    </w:p>
    <w:p/>
    <w:p/>
    <w:p>
      <w:r>
        <w:rPr>
          <w:b w:val="0"/>
          <w:sz w:val="20"/>
        </w:rPr>
        <w:t>Plaats: _____________________________________________________________</w:t>
      </w:r>
    </w:p>
    <w:p>
      <w:r>
        <w:rPr>
          <w:b w:val="0"/>
          <w:sz w:val="20"/>
        </w:rPr>
        <w:t>Handtekening: 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SLACHTOFFER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ONTVANGER VAN DE VERKLARING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https://voorbeeld-centrum.com/voorbeeld-schriftelijke-slachtofferverklaring/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https://voorbeeld-centrum.com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voorbeeld-centrum.com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orbeeld-centrum.com/voorbeeld-schriftelijke-slachtofferverklaring/" TargetMode="External"/><Relationship Id="rId10" Type="http://schemas.openxmlformats.org/officeDocument/2006/relationships/hyperlink" Target="https://voorbeeld-centr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