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VOORBEELD MAIL AAN LEERKRACHT</w:t>
      </w:r>
    </w:p>
    <w:p/>
    <w:p/>
    <w:p>
      <w:r>
        <w:rPr>
          <w:b w:val="0"/>
          <w:sz w:val="22"/>
        </w:rPr>
        <w:t>Geachte mevrouw/meneer,</w:t>
      </w:r>
    </w:p>
    <w:p/>
    <w:p>
      <w:r>
        <w:rPr>
          <w:b w:val="0"/>
          <w:sz w:val="22"/>
        </w:rPr>
        <w:t>Graag wil ik u informeren over de situatie van mijn kind op school en enkele zaken bespreken die van belang zijn voor zijn/haar ontwikkeling en welzijn.</w:t>
      </w:r>
    </w:p>
    <w:p/>
    <w:p>
      <w:r>
        <w:rPr>
          <w:b w:val="0"/>
          <w:sz w:val="22"/>
        </w:rPr>
        <w:t>Mijn kind volgt momenteel de klas bij u en wij zijn zeer tevreden over de begeleiding en inzet die u toont. Toch willen wij graag enkele aandachtspunten met u delen.</w:t>
      </w:r>
    </w:p>
    <w:p/>
    <w:p>
      <w:r>
        <w:rPr>
          <w:b w:val="0"/>
          <w:sz w:val="22"/>
        </w:rPr>
        <w:t>Wij merken dat ons kind soms moeite heeft met het maken van huiswerk en het concentreren tijdens de lessen. Wij zouden het op prijs stellen als u hier rekening mee kan houden en ons eventueel tips kunt geven om dit thuis te verbeteren.</w:t>
      </w:r>
    </w:p>
    <w:p/>
    <w:p>
      <w:r>
        <w:rPr>
          <w:b w:val="0"/>
          <w:sz w:val="22"/>
        </w:rPr>
        <w:t>Daarnaast zouden wij graag een afspraak maken voor een gesprek om samen te kijken hoe wij onze ondersteuning kunnen afstemmen en waar nodig kunnen versterken.</w:t>
      </w:r>
    </w:p>
    <w:p/>
    <w:p>
      <w:r>
        <w:rPr>
          <w:b w:val="0"/>
          <w:sz w:val="22"/>
        </w:rPr>
        <w:t>Alvast hartelijk dank voor uw tijd en inzet. Wij zien uw reactie met belangstelling tegemoet.</w:t>
      </w:r>
    </w:p>
    <w:p/>
    <w:p/>
    <w:p>
      <w:r>
        <w:rPr>
          <w:b w:val="0"/>
          <w:sz w:val="22"/>
        </w:rPr>
        <w:t>Met vriendelijke groet,</w:t>
      </w:r>
    </w:p>
    <w:p/>
    <w:p/>
    <w:p/>
    <w:p>
      <w:r>
        <w:rPr>
          <w:b w:val="0"/>
          <w:sz w:val="22"/>
        </w:rPr>
        <w:t>Naam ouder/verzorger</w:t>
      </w:r>
    </w:p>
    <w:p>
      <w:r>
        <w:rPr>
          <w:b w:val="0"/>
          <w:sz w:val="22"/>
        </w:rPr>
        <w:t>Contactgegevens: 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Ouder / Verzorger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Leerkracht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https://voorbeeld-centrum.com/voorbeeld-mail-naar-leerkracht/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voorbeeld-mail-naar-leerkracht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