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VOLMACHT VOOR DE VERKOOP VAN EEN WONING</w:t>
      </w:r>
    </w:p>
    <w:p/>
    <w:p>
      <w:r>
        <w:rPr>
          <w:b w:val="0"/>
          <w:sz w:val="20"/>
        </w:rPr>
        <w:t>Plaats : ____________________________    Datum : ____________________________</w:t>
      </w:r>
    </w:p>
    <w:p/>
    <w:p>
      <w:r>
        <w:rPr>
          <w:b/>
          <w:sz w:val="20"/>
        </w:rPr>
        <w:t>Gegevens van de Volmachtgever (Eigenaar):</w:t>
      </w:r>
    </w:p>
    <w:p>
      <w:r>
        <w:rPr>
          <w:b w:val="0"/>
          <w:sz w:val="20"/>
        </w:rPr>
        <w:t>Naam : ________________________________________________________________</w:t>
      </w:r>
    </w:p>
    <w:p>
      <w:r>
        <w:rPr>
          <w:b w:val="0"/>
          <w:sz w:val="20"/>
        </w:rPr>
        <w:t>Adres : ________________________________________________________________</w:t>
      </w:r>
    </w:p>
    <w:p>
      <w:r>
        <w:rPr>
          <w:b w:val="0"/>
          <w:sz w:val="20"/>
        </w:rPr>
        <w:t>Geboortedatum : ______________________________________________________</w:t>
      </w:r>
    </w:p>
    <w:p>
      <w:r>
        <w:rPr>
          <w:b w:val="0"/>
          <w:sz w:val="20"/>
        </w:rPr>
        <w:t>Identificatienummer (bijv. paspoort of ID) : ____________________________</w:t>
      </w:r>
    </w:p>
    <w:p/>
    <w:p>
      <w:r>
        <w:rPr>
          <w:b/>
          <w:sz w:val="20"/>
        </w:rPr>
        <w:t>Gegevens van de Volmachtnemer (Makelaar / Vertegenwoordiger):</w:t>
      </w:r>
    </w:p>
    <w:p>
      <w:r>
        <w:rPr>
          <w:b w:val="0"/>
          <w:sz w:val="20"/>
        </w:rPr>
        <w:t>Naam / Bedrijfsnaam : _________________________________________________</w:t>
      </w:r>
    </w:p>
    <w:p>
      <w:r>
        <w:rPr>
          <w:b w:val="0"/>
          <w:sz w:val="20"/>
        </w:rPr>
        <w:t>Adres : ________________________________________________________________</w:t>
      </w:r>
    </w:p>
    <w:p>
      <w:r>
        <w:rPr>
          <w:b w:val="0"/>
          <w:sz w:val="20"/>
        </w:rPr>
        <w:t>KvK-nummer : __________________________________________________________</w:t>
      </w:r>
    </w:p>
    <w:p/>
    <w:p>
      <w:r>
        <w:rPr>
          <w:b/>
          <w:sz w:val="20"/>
        </w:rPr>
        <w:t>Omschrijving van de te verkopen woning:</w:t>
      </w:r>
    </w:p>
    <w:p>
      <w:r>
        <w:rPr>
          <w:b w:val="0"/>
          <w:sz w:val="20"/>
        </w:rPr>
        <w:t>Adres : ________________________________________________________________</w:t>
      </w:r>
    </w:p>
    <w:p>
      <w:r>
        <w:rPr>
          <w:b w:val="0"/>
          <w:sz w:val="20"/>
        </w:rPr>
        <w:t>Kadastrale aanduiding : ________________________________________________</w:t>
      </w:r>
    </w:p>
    <w:p>
      <w:r>
        <w:rPr>
          <w:b w:val="0"/>
          <w:sz w:val="20"/>
        </w:rPr>
        <w:t>Bouwjaar : _____________________________________________________________</w:t>
      </w:r>
    </w:p>
    <w:p>
      <w:r>
        <w:rPr>
          <w:b w:val="0"/>
          <w:sz w:val="20"/>
        </w:rPr>
        <w:t>Type woning : __________________________________________________________</w:t>
      </w:r>
    </w:p>
    <w:p/>
    <w:p>
      <w:r>
        <w:rPr>
          <w:b/>
          <w:sz w:val="20"/>
        </w:rPr>
        <w:t>Volmacht</w:t>
      </w:r>
    </w:p>
    <w:p>
      <w:r>
        <w:rPr>
          <w:b w:val="0"/>
          <w:sz w:val="20"/>
        </w:rPr>
        <w:t>Ondergetekende verleent hierbij aan de Volmachtnemer de volmacht om namens hem/haar de hieronder omschreven woning te verkopen. De Volmachtnemer is bevoegd om alle handelingen te verrichten die nodig of gewenst zijn voor de verkoop, waaronder het onderhandelen over de verkoopprijs, het sluiten van de koopovereenkomst en het tekenen van alle daartoe benodigde documenten.</w:t>
      </w:r>
    </w:p>
    <w:p/>
    <w:p>
      <w:r>
        <w:rPr>
          <w:b w:val="0"/>
          <w:sz w:val="20"/>
        </w:rPr>
        <w:t>De Volmachtnemer zal de woning te koop aanbieden, bezichtigingen organiseren en potentiële kopers informeren over de staat en kenmerken van de woning.</w:t>
      </w:r>
    </w:p>
    <w:p/>
    <w:p>
      <w:r>
        <w:rPr>
          <w:b w:val="0"/>
          <w:sz w:val="20"/>
        </w:rPr>
        <w:t>De verkoopprijs wordt in overleg vastgesteld en bedraagt minimaal: € __________________________</w:t>
      </w:r>
    </w:p>
    <w:p/>
    <w:p>
      <w:r>
        <w:rPr>
          <w:b w:val="0"/>
          <w:sz w:val="20"/>
        </w:rPr>
        <w:t>De Volmacht geldt voor een periode van ______ maanden vanaf ondertekening van deze overeenkomst, tenzij schriftelijk anders overeengekomen.</w:t>
      </w:r>
    </w:p>
    <w:p/>
    <w:p>
      <w:r>
        <w:rPr>
          <w:b w:val="0"/>
          <w:sz w:val="20"/>
        </w:rPr>
        <w:t>De Volmachtgever verklaart dat hij/zij gerechtigd is om de woning te verkopen en vrij is van aanspraken of beperkingen die deze verkoop kunnen verhinderen.</w:t>
      </w:r>
    </w:p>
    <w:p/>
    <w:p>
      <w:r>
        <w:rPr>
          <w:b/>
          <w:sz w:val="20"/>
        </w:rPr>
        <w:t>Verplichtingen Volmachtnemer</w:t>
      </w:r>
    </w:p>
    <w:p>
      <w:r>
        <w:rPr>
          <w:b w:val="0"/>
          <w:sz w:val="20"/>
        </w:rPr>
        <w:t>De Volmachtnemer verplicht zich de belangen van de Volmachtgever naar beste kunnen te behartigen, de verkoop zorgvuldig en professioneel te begeleiden en vertrouwelijk om te gaan met alle verkregen informatie.</w:t>
      </w:r>
    </w:p>
    <w:p/>
    <w:p>
      <w:r>
        <w:rPr>
          <w:b/>
          <w:sz w:val="20"/>
        </w:rPr>
        <w:t>Beëindiging</w:t>
      </w:r>
    </w:p>
    <w:p>
      <w:r>
        <w:rPr>
          <w:b w:val="0"/>
          <w:sz w:val="20"/>
        </w:rPr>
        <w:t>Deze volmacht kan door elk van de partijen schriftelijk worden beëindigd met een opzegtermijn van ______ dagen. Beëindiging ontslaat geen van de partijen van reeds aangegane verplichtingen.</w:t>
      </w:r>
    </w:p>
    <w:p/>
    <w:p>
      <w:r>
        <w:rPr>
          <w:b/>
          <w:sz w:val="20"/>
        </w:rPr>
        <w:t>Overige bepalingen</w:t>
      </w:r>
    </w:p>
    <w:p>
      <w:r>
        <w:rPr>
          <w:b w:val="0"/>
          <w:sz w:val="20"/>
        </w:rPr>
        <w:t>Op deze overeenkomst is Nederlands recht van toepassing. Eventuele geschillen zullen worden voorgelegd aan de bevoegde rechtbank in het arrondissement waar de woning is gelegen.</w:t>
      </w:r>
    </w:p>
    <w:p/>
    <w:p/>
    <w:p>
      <w:r>
        <w:rPr>
          <w:b w:val="0"/>
          <w:sz w:val="20"/>
        </w:rPr>
        <w:t>Plaats, Datum :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VOLMACHTGEVER (Eigenaar)</w:t>
            </w:r>
          </w:p>
        </w:tc>
        <w:tc>
          <w:tcPr>
            <w:tcW w:type="dxa" w:w="4986"/>
            <w:tcBorders>
              <w:top w:val="nil"/>
              <w:left w:val="nil"/>
              <w:bottom w:val="nil"/>
              <w:right w:val="nil"/>
              <w:insideH w:val="nil"/>
              <w:insideV w:val="nil"/>
            </w:tcBorders>
          </w:tcPr>
          <w:p>
            <w:pPr>
              <w:jc w:val="center"/>
            </w:pPr>
            <w:r>
              <w:t>VOLMACHTNEMER (Makelaar / Vertegenwoordiger)</w:t>
            </w:r>
          </w:p>
        </w:tc>
      </w:tr>
      <w:tr>
        <w:tc>
          <w:tcPr>
            <w:tcW w:type="dxa" w:w="4986"/>
            <w:tcBorders>
              <w:top w:val="nil"/>
              <w:left w:val="nil"/>
              <w:bottom w:val="nil"/>
              <w:right w:val="nil"/>
              <w:insideH w:val="nil"/>
              <w:insideV w:val="nil"/>
            </w:tcBorders>
          </w:tcPr>
          <w:p>
            <w:pPr>
              <w:jc w:val="center"/>
            </w:pPr>
            <w:r>
              <w:br/>
              <w:br/>
              <w:t>Handtekening : _________________________</w:t>
            </w:r>
          </w:p>
        </w:tc>
        <w:tc>
          <w:tcPr>
            <w:tcW w:type="dxa" w:w="4986"/>
            <w:tcBorders>
              <w:top w:val="nil"/>
              <w:left w:val="nil"/>
              <w:bottom w:val="nil"/>
              <w:right w:val="nil"/>
              <w:insideH w:val="nil"/>
              <w:insideV w:val="nil"/>
            </w:tcBorders>
          </w:tcPr>
          <w:p>
            <w:pPr>
              <w:jc w:val="center"/>
            </w:pPr>
            <w:r>
              <w:br/>
              <w:br/>
              <w:t>Handtekening : _________________________</w:t>
            </w:r>
          </w:p>
        </w:tc>
      </w:tr>
      <w:tr>
        <w:tc>
          <w:tcPr>
            <w:tcW w:type="dxa" w:w="4986"/>
            <w:tcBorders>
              <w:top w:val="nil"/>
              <w:left w:val="nil"/>
              <w:bottom w:val="nil"/>
              <w:right w:val="nil"/>
              <w:insideH w:val="nil"/>
              <w:insideV w:val="nil"/>
            </w:tcBorders>
          </w:tcPr>
          <w:p>
            <w:pPr>
              <w:jc w:val="center"/>
            </w:pPr>
            <w:r>
              <w:t>Naam : ________________________________</w:t>
            </w:r>
          </w:p>
        </w:tc>
        <w:tc>
          <w:tcPr>
            <w:tcW w:type="dxa" w:w="4986"/>
            <w:tcBorders>
              <w:top w:val="nil"/>
              <w:left w:val="nil"/>
              <w:bottom w:val="nil"/>
              <w:right w:val="nil"/>
              <w:insideH w:val="nil"/>
              <w:insideV w:val="nil"/>
            </w:tcBorders>
          </w:tcPr>
          <w:p>
            <w:pPr>
              <w:jc w:val="center"/>
            </w:pPr>
            <w:r>
              <w:t>Naam : ________________________________</w:t>
            </w:r>
          </w:p>
        </w:tc>
      </w:tr>
    </w:tbl>
    <w:p>
      <w:r>
        <w:br w:type="page"/>
      </w:r>
    </w:p>
    <w:p>
      <w:pPr>
        <w:jc w:val="center"/>
      </w:pPr>
      <w:r>
        <w:rPr>
          <w:color w:val="555555"/>
          <w:sz w:val="24"/>
        </w:rPr>
        <w:t>Oorspronkelijke bron van dit document:</w:t>
      </w:r>
    </w:p>
    <w:p>
      <w:pPr>
        <w:jc w:val="center"/>
      </w:pPr>
      <w:hyperlink r:id="rId9">
        <w:r>
          <w:rPr>
            <w:color w:val="0000FF"/>
            <w:u w:val="single"/>
          </w:rPr>
          <w:t>https://voorbeeld-centrum.com/volmacht-verkoop-woning-voorbeeld/</w:t>
        </w:r>
      </w:hyperlink>
    </w:p>
    <w:p>
      <w:pPr>
        <w:jc w:val="center"/>
      </w:pPr>
      <w:r>
        <w:rPr>
          <w:color w:val="555555"/>
          <w:sz w:val="26"/>
        </w:rPr>
        <w:t>Was dit voorbeeld nuttig voor jou?</w:t>
      </w:r>
    </w:p>
    <w:p>
      <w:pPr>
        <w:jc w:val="center"/>
      </w:pPr>
      <w:r>
        <w:rPr>
          <w:color w:val="555555"/>
          <w:sz w:val="26"/>
        </w:rPr>
        <w:t>Vind andere bijgewerkte voorbeelden op de website:</w:t>
      </w:r>
    </w:p>
    <w:p>
      <w:pPr>
        <w:jc w:val="center"/>
      </w:pPr>
      <w:hyperlink r:id="rId10">
        <w:r>
          <w:rPr>
            <w:color w:val="0000FF"/>
            <w:u w:val="single"/>
          </w:rPr>
          <w:t>https://voorbeeld-centrum.com</w:t>
        </w:r>
      </w:hyperlink>
    </w:p>
    <w:p>
      <w:pPr>
        <w:jc w:val="center"/>
      </w:pPr>
      <w:r>
        <w:rPr>
          <w:color w:val="808080"/>
          <w:sz w:val="20"/>
        </w:rPr>
        <w:t>Dit voorbeeld is uitsluitend bedoeld voor persoonlijk en niet-commercieel gebruik.</w:t>
        <w:br/>
        <w:t>Elke verspreiding of publicatie moet de bron vermelden. © voorbeeld-centrum.com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orbeeld-centrum.com/volmacht-verkoop-woning-voorbeeld/" TargetMode="External"/><Relationship Id="rId10" Type="http://schemas.openxmlformats.org/officeDocument/2006/relationships/hyperlink" Target="https://voorbeeld-centru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