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TOESTEMMINGSVERKLARING</w:t>
      </w:r>
    </w:p>
    <w:p/>
    <w:p>
      <w:r>
        <w:rPr>
          <w:b/>
          <w:sz w:val="20"/>
        </w:rPr>
        <w:t>Gegevens van de Verklarende:</w:t>
      </w:r>
    </w:p>
    <w:p>
      <w:r>
        <w:rPr>
          <w:b w:val="0"/>
          <w:sz w:val="20"/>
        </w:rPr>
        <w:t>Naam : ____________________________________________________________</w:t>
      </w:r>
    </w:p>
    <w:p>
      <w:r>
        <w:rPr>
          <w:b w:val="0"/>
          <w:sz w:val="20"/>
        </w:rPr>
        <w:t>Adres : ____________________________________________________________</w:t>
      </w:r>
    </w:p>
    <w:p>
      <w:r>
        <w:rPr>
          <w:b w:val="0"/>
          <w:sz w:val="20"/>
        </w:rPr>
        <w:t>Geboortedatum : ___________________________________________________</w:t>
      </w:r>
    </w:p>
    <w:p>
      <w:r>
        <w:rPr>
          <w:b w:val="0"/>
          <w:sz w:val="20"/>
        </w:rPr>
        <w:t>BSN : ______________________________________________________________</w:t>
      </w:r>
    </w:p>
    <w:p/>
    <w:p>
      <w:r>
        <w:rPr>
          <w:b/>
          <w:sz w:val="20"/>
        </w:rPr>
        <w:t>Gegevens van de Ontvanger van de Toestemming:</w:t>
      </w:r>
    </w:p>
    <w:p>
      <w:r>
        <w:rPr>
          <w:b w:val="0"/>
          <w:sz w:val="20"/>
        </w:rPr>
        <w:t>Naam : ____________________________________________________________</w:t>
      </w:r>
    </w:p>
    <w:p>
      <w:r>
        <w:rPr>
          <w:b w:val="0"/>
          <w:sz w:val="20"/>
        </w:rPr>
        <w:t>Adres : ____________________________________________________________</w:t>
      </w:r>
    </w:p>
    <w:p/>
    <w:p>
      <w:r>
        <w:rPr>
          <w:b/>
          <w:sz w:val="20"/>
        </w:rPr>
        <w:t>Verklaring van Toestemming:</w:t>
      </w:r>
    </w:p>
    <w:p>
      <w:r>
        <w:rPr>
          <w:b w:val="0"/>
          <w:sz w:val="20"/>
        </w:rPr>
        <w:t>Hierbij verklaart ondergetekende toestemming te geven aan bovengenoemde ontvanger om de volgende handelingen te verrichten met betrekking tot de persoonlijke gegevens van de verklarende, conform de Algemene Verordening Gegevensbescherming (AVG) en de Nederlandse wetgeving.</w:t>
      </w:r>
    </w:p>
    <w:p/>
    <w:p>
      <w:r>
        <w:rPr>
          <w:b/>
          <w:sz w:val="20"/>
        </w:rPr>
        <w:t>Omschrijving van de Toestemming:</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Deze toestemming geldt voor de volgende periode:</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De verklarende is geïnformeerd over het recht om deze toestemming te allen tijde in te trekken.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Verklarende</w:t>
            </w:r>
          </w:p>
        </w:tc>
        <w:tc>
          <w:tcPr>
            <w:tcW w:type="dxa" w:w="4986"/>
            <w:tcBorders>
              <w:top w:val="nil"/>
              <w:left w:val="nil"/>
              <w:bottom w:val="nil"/>
              <w:right w:val="nil"/>
              <w:insideH w:val="nil"/>
              <w:insideV w:val="nil"/>
            </w:tcBorders>
          </w:tcPr>
          <w:p>
            <w:pPr>
              <w:jc w:val="center"/>
            </w:pPr>
            <w:r>
              <w:t>Ontvanger</w:t>
            </w:r>
          </w:p>
        </w:tc>
      </w:tr>
      <w:tr>
        <w:tc>
          <w:tcPr>
            <w:tcW w:type="dxa" w:w="4986"/>
            <w:tcBorders>
              <w:top w:val="nil"/>
              <w:left w:val="nil"/>
              <w:bottom w:val="nil"/>
              <w:right w:val="nil"/>
              <w:insideH w:val="nil"/>
              <w:insideV w:val="nil"/>
            </w:tcBorders>
          </w:tcPr>
          <w:p>
            <w:pPr>
              <w:jc w:val="center"/>
            </w:pPr>
            <w:r>
              <w:br/>
              <w:br/>
              <w:t>Handtekening : _________________________</w:t>
              <w:br/>
              <w:br/>
              <w:t>Naam : ________________________________</w:t>
            </w:r>
          </w:p>
        </w:tc>
        <w:tc>
          <w:tcPr>
            <w:tcW w:type="dxa" w:w="4986"/>
            <w:tcBorders>
              <w:top w:val="nil"/>
              <w:left w:val="nil"/>
              <w:bottom w:val="nil"/>
              <w:right w:val="nil"/>
              <w:insideH w:val="nil"/>
              <w:insideV w:val="nil"/>
            </w:tcBorders>
          </w:tcPr>
          <w:p>
            <w:pPr>
              <w:jc w:val="center"/>
            </w:pPr>
            <w:r>
              <w:br/>
              <w:br/>
              <w:t>Handtekening : _________________________</w:t>
              <w:br/>
              <w:br/>
              <w:t>Naam : ________________________________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https://voorbeeld-centrum.com/toestemmingsverklaring/</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https://voorbeeld-centrum.com</w:t>
        </w:r>
      </w:hyperlink>
    </w:p>
    <w:p>
      <w:pPr>
        <w:jc w:val="center"/>
      </w:pPr>
      <w:r>
        <w:rPr>
          <w:color w:val="808080"/>
          <w:sz w:val="20"/>
        </w:rPr>
        <w:t>Dit voorbeeld is uitsluitend bedoeld voor persoonlijk en niet-commercieel gebruik.</w:t>
        <w:br/>
        <w:t>Elke verspreiding of publicatie moet de bron vermelden. © voorbeeld-centrum.com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orbeeld-centrum.com/toestemmingsverklaring/" TargetMode="External"/><Relationship Id="rId10" Type="http://schemas.openxmlformats.org/officeDocument/2006/relationships/hyperlink" Target="https://voorbeeld-centr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