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STAGEAANVRAAG</w:t>
      </w:r>
    </w:p>
    <w:p/>
    <w:p>
      <w:r>
        <w:rPr>
          <w:b/>
          <w:sz w:val="20"/>
        </w:rPr>
        <w:t>Gegevens van de Student :</w:t>
      </w:r>
    </w:p>
    <w:p>
      <w:r>
        <w:rPr>
          <w:b w:val="0"/>
          <w:sz w:val="20"/>
        </w:rPr>
        <w:t>Naam : ________________________________________________________________</w:t>
      </w:r>
    </w:p>
    <w:p>
      <w:r>
        <w:rPr>
          <w:b w:val="0"/>
          <w:sz w:val="20"/>
        </w:rPr>
        <w:t>Geboortedatum : ______________________________________________________</w:t>
      </w:r>
    </w:p>
    <w:p>
      <w:r>
        <w:rPr>
          <w:b w:val="0"/>
          <w:sz w:val="20"/>
        </w:rPr>
        <w:t>Adres : _______________________________________________________________</w:t>
      </w:r>
    </w:p>
    <w:p>
      <w:r>
        <w:rPr>
          <w:b w:val="0"/>
          <w:sz w:val="20"/>
        </w:rPr>
        <w:t>E-mail : ______________________________________________________________</w:t>
      </w:r>
    </w:p>
    <w:p>
      <w:r>
        <w:rPr>
          <w:b w:val="0"/>
          <w:sz w:val="20"/>
        </w:rPr>
        <w:t>Telefoonnummer : ______________________________________________________</w:t>
      </w:r>
    </w:p>
    <w:p/>
    <w:p>
      <w:r>
        <w:rPr>
          <w:b/>
          <w:sz w:val="20"/>
        </w:rPr>
        <w:t>Gegevens van de Opleiding :</w:t>
      </w:r>
    </w:p>
    <w:p>
      <w:r>
        <w:rPr>
          <w:b w:val="0"/>
          <w:sz w:val="20"/>
        </w:rPr>
        <w:t>Naam opleiding : _______________________________________________________</w:t>
      </w:r>
    </w:p>
    <w:p>
      <w:r>
        <w:rPr>
          <w:b w:val="0"/>
          <w:sz w:val="20"/>
        </w:rPr>
        <w:t>Onderwijsinstelling : _________________________________________________</w:t>
      </w:r>
    </w:p>
    <w:p>
      <w:r>
        <w:rPr>
          <w:b w:val="0"/>
          <w:sz w:val="20"/>
        </w:rPr>
        <w:t>Naam begeleider opleiding : _____________________________________________</w:t>
      </w:r>
    </w:p>
    <w:p>
      <w:r>
        <w:rPr>
          <w:b w:val="0"/>
          <w:sz w:val="20"/>
        </w:rPr>
        <w:t>E-mail begeleider opleiding : ___________________________________________</w:t>
      </w:r>
    </w:p>
    <w:p/>
    <w:p>
      <w:r>
        <w:rPr>
          <w:b/>
          <w:sz w:val="20"/>
        </w:rPr>
        <w:t>Gegevens van het Stagebedrijf :</w:t>
      </w:r>
    </w:p>
    <w:p>
      <w:r>
        <w:rPr>
          <w:b w:val="0"/>
          <w:sz w:val="20"/>
        </w:rPr>
        <w:t>Bedrijfsnaam : _______________________________________________________</w:t>
      </w:r>
    </w:p>
    <w:p>
      <w:r>
        <w:rPr>
          <w:b w:val="0"/>
          <w:sz w:val="20"/>
        </w:rPr>
        <w:t>Contactpersoon : ______________________________________________________</w:t>
      </w:r>
    </w:p>
    <w:p>
      <w:r>
        <w:rPr>
          <w:b w:val="0"/>
          <w:sz w:val="20"/>
        </w:rPr>
        <w:t>Adres stagebedrijf : __________________________________________________</w:t>
      </w:r>
    </w:p>
    <w:p>
      <w:r>
        <w:rPr>
          <w:b w:val="0"/>
          <w:sz w:val="20"/>
        </w:rPr>
        <w:t>Telefoonnummer : _____________________________________________________</w:t>
      </w:r>
    </w:p>
    <w:p>
      <w:r>
        <w:rPr>
          <w:b w:val="0"/>
          <w:sz w:val="20"/>
        </w:rPr>
        <w:t>E-mail contactpersoon : _______________________________________________</w:t>
      </w:r>
    </w:p>
    <w:p/>
    <w:p>
      <w:r>
        <w:rPr>
          <w:b/>
          <w:sz w:val="20"/>
        </w:rPr>
        <w:t>Stageperiode :</w:t>
      </w:r>
    </w:p>
    <w:p>
      <w:r>
        <w:rPr>
          <w:b w:val="0"/>
          <w:sz w:val="20"/>
        </w:rPr>
        <w:t>Startdatum stage : ____________________________________________</w:t>
      </w:r>
    </w:p>
    <w:p>
      <w:r>
        <w:rPr>
          <w:b w:val="0"/>
          <w:sz w:val="20"/>
        </w:rPr>
        <w:t>Einddatum stage : ______________________________________________</w:t>
      </w:r>
    </w:p>
    <w:p/>
    <w:p>
      <w:r>
        <w:rPr>
          <w:b/>
          <w:sz w:val="20"/>
        </w:rPr>
        <w:t>Omschrijving van de Stageactiviteiten 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Verplichtingen van de Student :</w:t>
      </w:r>
    </w:p>
    <w:p>
      <w:r>
        <w:rPr>
          <w:b w:val="0"/>
          <w:sz w:val="20"/>
        </w:rPr>
        <w:t>1. De student zal zich houden aan de regels en voorschriften van het stagebedrijf.</w:t>
      </w:r>
    </w:p>
    <w:p>
      <w:r>
        <w:rPr>
          <w:b w:val="0"/>
          <w:sz w:val="20"/>
        </w:rPr>
        <w:t>2. De student voert de stageactiviteiten uit met de nodige inzet en zorgvuldigheid.</w:t>
      </w:r>
    </w:p>
    <w:p>
      <w:r>
        <w:rPr>
          <w:b w:val="0"/>
          <w:sz w:val="20"/>
        </w:rPr>
        <w:t>3. De student rapporteert regelmatig aan de stagebegeleider binnen de opleiding.</w:t>
      </w:r>
    </w:p>
    <w:p>
      <w:r>
        <w:rPr>
          <w:b w:val="0"/>
          <w:sz w:val="20"/>
        </w:rPr>
        <w:t>4. De student respecteert vertrouwelijkheid van bedrijfsinformatie.</w:t>
      </w:r>
    </w:p>
    <w:p/>
    <w:p>
      <w:r>
        <w:rPr>
          <w:b/>
          <w:sz w:val="20"/>
        </w:rPr>
        <w:t>Verplichtingen van het Stagebedrijf :</w:t>
      </w:r>
    </w:p>
    <w:p>
      <w:r>
        <w:rPr>
          <w:b w:val="0"/>
          <w:sz w:val="20"/>
        </w:rPr>
        <w:t>1. Het stagebedrijf zorgt voor een veilige en leerzame stageomgeving.</w:t>
      </w:r>
    </w:p>
    <w:p>
      <w:r>
        <w:rPr>
          <w:b w:val="0"/>
          <w:sz w:val="20"/>
        </w:rPr>
        <w:t>2. Het stagebedrijf stelt een stagebegeleider aan die de student begeleidt.</w:t>
      </w:r>
    </w:p>
    <w:p>
      <w:r>
        <w:rPr>
          <w:b w:val="0"/>
          <w:sz w:val="20"/>
        </w:rPr>
        <w:t>3. Het stagebedrijf biedt gelegenheid tot het uitvoeren van de afgesproken stageactiviteiten.</w:t>
      </w:r>
    </w:p>
    <w:p>
      <w:r>
        <w:rPr>
          <w:b w:val="0"/>
          <w:sz w:val="20"/>
        </w:rPr>
        <w:t>4. Het stagebedrijf houdt zich aan de relevante wet- en regelgeving omtrent stages.</w:t>
      </w:r>
    </w:p>
    <w:p/>
    <w:p>
      <w:r>
        <w:rPr>
          <w:b/>
          <w:sz w:val="20"/>
        </w:rPr>
        <w:t>Verzekeringen en Aansprakelijkheid :</w:t>
      </w:r>
    </w:p>
    <w:p>
      <w:r>
        <w:rPr>
          <w:b w:val="0"/>
          <w:sz w:val="20"/>
        </w:rPr>
        <w:t>De student is tijdens de stage verzekerd via de onderwijsinstelling. Het stagebedrijf is aansprakelijk voor schade veroorzaakt door het bedrijf zelf. Voor overige zaken geldt de wettelijke regeling.</w:t>
      </w:r>
    </w:p>
    <w:p/>
    <w:p>
      <w:r>
        <w:rPr>
          <w:b/>
          <w:sz w:val="20"/>
        </w:rPr>
        <w:t>Ondertekening :</w:t>
      </w:r>
    </w:p>
    <w:p>
      <w:r>
        <w:rPr>
          <w:b w:val="0"/>
          <w:sz w:val="20"/>
        </w:rPr>
        <w:t>Hiermee verklaren partijen akkoord te gaan met de inhoud van deze stageaanvraag.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Student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Stagebedrijf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https://voorbeeld-centrum.com/stageaanvraag-of-stage-aanvraag/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https://voorbeeld-centrum.com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voorbeeld-centrum.com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orbeeld-centrum.com/stageaanvraag-of-stage-aanvraag/" TargetMode="External"/><Relationship Id="rId10" Type="http://schemas.openxmlformats.org/officeDocument/2006/relationships/hyperlink" Target="https://voorbeeld-centru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