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STAGE EVALUATIE VOORBEELD</w:t>
      </w:r>
    </w:p>
    <w:p/>
    <w:p/>
    <w:p>
      <w:r>
        <w:rPr>
          <w:b/>
          <w:sz w:val="20"/>
        </w:rPr>
        <w:t>Gegevens van de Stagiair:</w:t>
      </w:r>
    </w:p>
    <w:p>
      <w:r>
        <w:rPr>
          <w:b w:val="0"/>
          <w:sz w:val="20"/>
        </w:rPr>
        <w:t>Naam          : _______________________________________________</w:t>
      </w:r>
    </w:p>
    <w:p>
      <w:r>
        <w:rPr>
          <w:b w:val="0"/>
          <w:sz w:val="20"/>
        </w:rPr>
        <w:t>Studentnummer : _______________________________________________</w:t>
      </w:r>
    </w:p>
    <w:p>
      <w:r>
        <w:rPr>
          <w:b w:val="0"/>
          <w:sz w:val="20"/>
        </w:rPr>
        <w:t>Opleiding    : _______________________________________________</w:t>
      </w:r>
    </w:p>
    <w:p>
      <w:r>
        <w:rPr>
          <w:b w:val="0"/>
          <w:sz w:val="20"/>
        </w:rPr>
        <w:t>Stageperiode : _______________________________________________</w:t>
      </w:r>
    </w:p>
    <w:p/>
    <w:p>
      <w:r>
        <w:rPr>
          <w:b/>
          <w:sz w:val="20"/>
        </w:rPr>
        <w:t>Gegevens van het Stagebedrijf:</w:t>
      </w:r>
    </w:p>
    <w:p>
      <w:r>
        <w:rPr>
          <w:b w:val="0"/>
          <w:sz w:val="20"/>
        </w:rPr>
        <w:t>Bedrijfsnaam : _______________________________________________</w:t>
      </w:r>
    </w:p>
    <w:p>
      <w:r>
        <w:rPr>
          <w:b w:val="0"/>
          <w:sz w:val="20"/>
        </w:rPr>
        <w:t>Adres        : _______________________________________________</w:t>
      </w:r>
    </w:p>
    <w:p>
      <w:r>
        <w:rPr>
          <w:b w:val="0"/>
          <w:sz w:val="20"/>
        </w:rPr>
        <w:t>Contactpersoon: _______________________________________________</w:t>
      </w:r>
    </w:p>
    <w:p/>
    <w:p>
      <w:r>
        <w:rPr>
          <w:b/>
          <w:sz w:val="20"/>
        </w:rPr>
        <w:t>Beoordeling Stageprestaties:</w:t>
      </w:r>
    </w:p>
    <w:p>
      <w:r>
        <w:rPr>
          <w:b w:val="0"/>
          <w:sz w:val="20"/>
        </w:rPr>
        <w:t>1. Motivatie en inzet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/>
    <w:p>
      <w:r>
        <w:rPr>
          <w:b w:val="0"/>
          <w:sz w:val="20"/>
        </w:rPr>
        <w:t>2. Vakinhoudelijke kennis en vaardigheden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/>
    <w:p>
      <w:r>
        <w:rPr>
          <w:b w:val="0"/>
          <w:sz w:val="20"/>
        </w:rPr>
        <w:t>3. Zelfstandigheid en verantwoordelijkheid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/>
    <w:p>
      <w:r>
        <w:rPr>
          <w:b w:val="0"/>
          <w:sz w:val="20"/>
        </w:rPr>
        <w:t>4. Communicatie en samenwerking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/>
    <w:p>
      <w:r>
        <w:rPr>
          <w:b w:val="0"/>
          <w:sz w:val="20"/>
        </w:rPr>
        <w:t>5. Tijdsbeheer en planning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__________________________________________________________________________________</w:t>
      </w:r>
    </w:p>
    <w:p/>
    <w:p>
      <w:r>
        <w:rPr>
          <w:b/>
          <w:sz w:val="20"/>
        </w:rPr>
        <w:t>Algemene opmerkingen: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Eindbeoordeling stage:</w:t>
      </w:r>
    </w:p>
    <w:p>
      <w:r>
        <w:rPr>
          <w:b w:val="0"/>
          <w:sz w:val="20"/>
        </w:rPr>
        <w:t>☐ Uitstekend</w:t>
      </w:r>
    </w:p>
    <w:p>
      <w:r>
        <w:rPr>
          <w:b w:val="0"/>
          <w:sz w:val="20"/>
        </w:rPr>
        <w:t>☐ Goed</w:t>
      </w:r>
    </w:p>
    <w:p>
      <w:r>
        <w:rPr>
          <w:b w:val="0"/>
          <w:sz w:val="20"/>
        </w:rPr>
        <w:t>☐ Voldoende</w:t>
      </w:r>
    </w:p>
    <w:p>
      <w:r>
        <w:rPr>
          <w:b w:val="0"/>
          <w:sz w:val="20"/>
        </w:rPr>
        <w:t>☐ Onvoldoende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Stagiair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Stagebegeleider Bedrijf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https://voorbeeld-centrum.com/stage-evaluatie-voorbeeld/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stage-evaluatie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