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SERVICE LEVEL AGREEMENT VOOR DIENSTVERLENING</w:t>
      </w:r>
    </w:p>
    <w:p/>
    <w:p>
      <w:r>
        <w:rPr>
          <w:b/>
          <w:sz w:val="20"/>
        </w:rPr>
        <w:t>Partijen :</w:t>
      </w:r>
    </w:p>
    <w:p>
      <w:r>
        <w:rPr>
          <w:b w:val="0"/>
          <w:sz w:val="20"/>
        </w:rPr>
        <w:t>Deze overeenkomst wordt gesloten tussen:</w:t>
      </w:r>
    </w:p>
    <w:p>
      <w:r>
        <w:rPr>
          <w:b w:val="0"/>
          <w:sz w:val="20"/>
        </w:rPr>
        <w:t>Opdrachtgever : ____________________________________________________</w:t>
      </w:r>
    </w:p>
    <w:p>
      <w:r>
        <w:rPr>
          <w:b w:val="0"/>
          <w:sz w:val="20"/>
        </w:rPr>
        <w:t>Dienstverlener : ___________________________________________________</w:t>
      </w:r>
    </w:p>
    <w:p/>
    <w:p>
      <w:r>
        <w:rPr>
          <w:b/>
          <w:sz w:val="20"/>
        </w:rPr>
        <w:t>Doel van de Overeenkomst :</w:t>
      </w:r>
    </w:p>
    <w:p>
      <w:r>
        <w:rPr>
          <w:b w:val="0"/>
          <w:sz w:val="20"/>
        </w:rPr>
        <w:t>Deze Service Level Agreement (SLA) beschrijft de afspraken over de te leveren diensten, de kwaliteit daarvan, verantwoordelijkheden en de wijze van samenwerking tussen Opdrachtgever en Dienstverlener.</w:t>
      </w:r>
    </w:p>
    <w:p/>
    <w:p>
      <w:r>
        <w:rPr>
          <w:b/>
          <w:sz w:val="20"/>
        </w:rPr>
        <w:t>Definities :</w:t>
      </w:r>
    </w:p>
    <w:p>
      <w:r>
        <w:rPr>
          <w:b w:val="0"/>
          <w:sz w:val="20"/>
        </w:rPr>
        <w:t>1. Dienst : De specifieke dienstverlening die door Dienstverlener aan Opdrachtgever wordt geleverd zoals omschreven in deze overeenkomst.</w:t>
      </w:r>
    </w:p>
    <w:p>
      <w:r>
        <w:rPr>
          <w:b w:val="0"/>
          <w:sz w:val="20"/>
        </w:rPr>
        <w:t>2. Service Level : De afgesproken prestatieniveaus van de diensten.</w:t>
      </w:r>
    </w:p>
    <w:p>
      <w:r>
        <w:rPr>
          <w:b w:val="0"/>
          <w:sz w:val="20"/>
        </w:rPr>
        <w:t>3. Incident : Elk voorval dat een verstoring veroorzaakt in de dienstverlening.</w:t>
      </w:r>
    </w:p>
    <w:p/>
    <w:p>
      <w:r>
        <w:rPr>
          <w:b/>
          <w:sz w:val="20"/>
        </w:rPr>
        <w:t>Duur en Beëindiging :</w:t>
      </w:r>
    </w:p>
    <w:p>
      <w:r>
        <w:rPr>
          <w:b w:val="0"/>
          <w:sz w:val="20"/>
        </w:rPr>
        <w:t>Deze overeenkomst treedt in werking op het moment van ondertekening en geldt voor onbepaalde tijd, tenzij schriftelijk anders overeengekomen.</w:t>
      </w:r>
    </w:p>
    <w:p>
      <w:r>
        <w:rPr>
          <w:b w:val="0"/>
          <w:sz w:val="20"/>
        </w:rPr>
        <w:t>Beëindiging kan plaatsvinden door elk van de partijen met een opzegtermijn van _____ maanden.</w:t>
      </w:r>
    </w:p>
    <w:p/>
    <w:p>
      <w:r>
        <w:rPr>
          <w:b/>
          <w:sz w:val="20"/>
        </w:rPr>
        <w:t>Beschrijving van de Diensten en Service Levels :</w:t>
      </w:r>
    </w:p>
    <w:p>
      <w:r>
        <w:rPr>
          <w:b w:val="0"/>
          <w:sz w:val="20"/>
        </w:rPr>
        <w:t>De Dienstverlener zal de volgende diensten leveren:</w:t>
      </w:r>
    </w:p>
    <w:p>
      <w:r>
        <w:rPr>
          <w:b w:val="0"/>
          <w:sz w:val="20"/>
        </w:rPr>
        <w:t>- Dienst 1 : ___________________________________________________________</w:t>
      </w:r>
    </w:p>
    <w:p>
      <w:r>
        <w:rPr>
          <w:b w:val="0"/>
          <w:sz w:val="20"/>
        </w:rPr>
        <w:t>- Dienst 2 : ___________________________________________________________</w:t>
      </w:r>
    </w:p>
    <w:p>
      <w:r>
        <w:rPr>
          <w:b w:val="0"/>
          <w:sz w:val="20"/>
        </w:rPr>
        <w:t>- Dienst 3 : ___________________________________________________________</w:t>
      </w:r>
    </w:p>
    <w:p/>
    <w:p>
      <w:r>
        <w:rPr>
          <w:b w:val="0"/>
          <w:sz w:val="20"/>
        </w:rPr>
        <w:t>De Service Levels zijn als volgt vastgesteld:</w:t>
      </w:r>
    </w:p>
    <w:p>
      <w:r>
        <w:rPr>
          <w:b w:val="0"/>
          <w:sz w:val="20"/>
        </w:rPr>
        <w:t>- Beschikbaarheid : _____% per maand</w:t>
      </w:r>
    </w:p>
    <w:p>
      <w:r>
        <w:rPr>
          <w:b w:val="0"/>
          <w:sz w:val="20"/>
        </w:rPr>
        <w:t>- Responstijd bij incidenten : binnen _____ uur</w:t>
      </w:r>
    </w:p>
    <w:p>
      <w:r>
        <w:rPr>
          <w:b w:val="0"/>
          <w:sz w:val="20"/>
        </w:rPr>
        <w:t>- Oplostijd bij incidenten : binnen _____ uur/dagen</w:t>
      </w:r>
    </w:p>
    <w:p/>
    <w:p>
      <w:r>
        <w:rPr>
          <w:b/>
          <w:sz w:val="20"/>
        </w:rPr>
        <w:t>Verantwoordelijkheden van Partijen :</w:t>
      </w:r>
    </w:p>
    <w:p>
      <w:r>
        <w:rPr>
          <w:b w:val="0"/>
          <w:sz w:val="20"/>
        </w:rPr>
        <w:t>Opdrachtgever verplicht zich om tijdig de benodigde informatie en middelen te verstrekken.</w:t>
      </w:r>
    </w:p>
    <w:p>
      <w:r>
        <w:rPr>
          <w:b w:val="0"/>
          <w:sz w:val="20"/>
        </w:rPr>
        <w:t>Dienstverlener verplicht zich om de diensten conform de afgesproken service levels te leveren en adequaat te communiceren over incidenten en wijzigingen.</w:t>
      </w:r>
    </w:p>
    <w:p/>
    <w:p>
      <w:r>
        <w:rPr>
          <w:b/>
          <w:sz w:val="20"/>
        </w:rPr>
        <w:t>Rapportage en Evaluatie :</w:t>
      </w:r>
    </w:p>
    <w:p>
      <w:r>
        <w:rPr>
          <w:b w:val="0"/>
          <w:sz w:val="20"/>
        </w:rPr>
        <w:t>Dienstverlener zal periodiek rapportages leveren over de geleverde diensten en de gerealiseerde service levels.</w:t>
      </w:r>
    </w:p>
    <w:p>
      <w:r>
        <w:rPr>
          <w:b w:val="0"/>
          <w:sz w:val="20"/>
        </w:rPr>
        <w:t>Partijen zullen minimaal éénmaal per jaar evalueren en indien nodig afspraken aanpassen.</w:t>
      </w:r>
    </w:p>
    <w:p/>
    <w:p>
      <w:r>
        <w:rPr>
          <w:b/>
          <w:sz w:val="20"/>
        </w:rPr>
        <w:t>Vertrouwelijkheid :</w:t>
      </w:r>
    </w:p>
    <w:p>
      <w:r>
        <w:rPr>
          <w:b w:val="0"/>
          <w:sz w:val="20"/>
        </w:rPr>
        <w:t>Partijen verplichten zich tot geheimhouding van alle vertrouwelijke informatie die zij in het kader van deze overeenkomst ontvangen.</w:t>
      </w:r>
    </w:p>
    <w:p/>
    <w:p>
      <w:r>
        <w:rPr>
          <w:b/>
          <w:sz w:val="20"/>
        </w:rPr>
        <w:t>Aansprakelijkheid :</w:t>
      </w:r>
    </w:p>
    <w:p>
      <w:r>
        <w:rPr>
          <w:b w:val="0"/>
          <w:sz w:val="20"/>
        </w:rPr>
        <w:t>Behalve in geval van opzet of grove schuld is de aansprakelijkheid van Dienstverlener beperkt tot het bedrag dat onder de toepasselijke verzekering wordt uitgekeerd.</w:t>
      </w:r>
    </w:p>
    <w:p/>
    <w:p>
      <w:r>
        <w:rPr>
          <w:b/>
          <w:sz w:val="20"/>
        </w:rPr>
        <w:t>Overige Bepalingen :</w:t>
      </w:r>
    </w:p>
    <w:p>
      <w:r>
        <w:rPr>
          <w:b w:val="0"/>
          <w:sz w:val="20"/>
        </w:rPr>
        <w:t>Wijzigingen in deze overeenkomst zijn alleen geldig indien schriftelijk vastgelegd en ondertekend door beide partijen.</w:t>
      </w:r>
    </w:p>
    <w:p>
      <w:r>
        <w:rPr>
          <w:b w:val="0"/>
          <w:sz w:val="20"/>
        </w:rPr>
        <w:t>Deze overeenkomst wordt beheerst door Nederlands recht.</w:t>
      </w:r>
    </w:p>
    <w:p/>
    <w:p/>
    <w:p>
      <w:r>
        <w:rPr>
          <w:b w:val="0"/>
          <w:sz w:val="20"/>
        </w:rPr>
        <w:t>Plaats : ____________________________________________</w:t>
      </w:r>
    </w:p>
    <w:p>
      <w:r>
        <w:rPr>
          <w:b w:val="0"/>
          <w:sz w:val="20"/>
        </w:rPr>
        <w:t>Datum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OPDRACHTGEVER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DIENSTVERLENER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https://voorbeeld-centrum.com/sla-voorbeeld-dienstverlening/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sla-voorbeeld-dienstverlening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