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SCHENKINGSAKTE</w:t>
      </w:r>
    </w:p>
    <w:p/>
    <w:p/>
    <w:p>
      <w:r>
        <w:rPr>
          <w:b/>
          <w:sz w:val="20"/>
        </w:rPr>
        <w:t>Gegevens van de Schenker:</w:t>
      </w:r>
    </w:p>
    <w:p>
      <w:r>
        <w:rPr>
          <w:b w:val="0"/>
          <w:sz w:val="20"/>
        </w:rPr>
        <w:t>Naam : ________________________________________________________________</w:t>
      </w:r>
    </w:p>
    <w:p>
      <w:r>
        <w:rPr>
          <w:b w:val="0"/>
          <w:sz w:val="20"/>
        </w:rPr>
        <w:t>Geboortedatum : _________________________________________________________</w:t>
      </w:r>
    </w:p>
    <w:p>
      <w:r>
        <w:rPr>
          <w:b w:val="0"/>
          <w:sz w:val="20"/>
        </w:rPr>
        <w:t>Adres : _________________________________________________________________</w:t>
      </w:r>
    </w:p>
    <w:p>
      <w:r>
        <w:rPr>
          <w:b w:val="0"/>
          <w:sz w:val="20"/>
        </w:rPr>
        <w:t>Woonplaats : _____________________________________________________________</w:t>
      </w:r>
    </w:p>
    <w:p/>
    <w:p>
      <w:r>
        <w:rPr>
          <w:b/>
          <w:sz w:val="20"/>
        </w:rPr>
        <w:t>Gegevens van de Begiftigde:</w:t>
      </w:r>
    </w:p>
    <w:p>
      <w:r>
        <w:rPr>
          <w:b w:val="0"/>
          <w:sz w:val="20"/>
        </w:rPr>
        <w:t>Naam : ________________________________________________________________</w:t>
      </w:r>
    </w:p>
    <w:p>
      <w:r>
        <w:rPr>
          <w:b w:val="0"/>
          <w:sz w:val="20"/>
        </w:rPr>
        <w:t>Geboortedatum : _________________________________________________________</w:t>
      </w:r>
    </w:p>
    <w:p>
      <w:r>
        <w:rPr>
          <w:b w:val="0"/>
          <w:sz w:val="20"/>
        </w:rPr>
        <w:t>Adres : _________________________________________________________________</w:t>
      </w:r>
    </w:p>
    <w:p>
      <w:r>
        <w:rPr>
          <w:b w:val="0"/>
          <w:sz w:val="20"/>
        </w:rPr>
        <w:t>Woonplaats : _____________________________________________________________</w:t>
      </w:r>
    </w:p>
    <w:p/>
    <w:p>
      <w:r>
        <w:rPr>
          <w:b/>
          <w:sz w:val="20"/>
        </w:rPr>
        <w:t>OVERWEGINGEN</w:t>
      </w:r>
    </w:p>
    <w:p>
      <w:r>
        <w:rPr>
          <w:b w:val="0"/>
          <w:sz w:val="20"/>
        </w:rPr>
        <w:t>De Schenker wenst aan de Begiftigde onder de hierna genoemde voorwaarden een schenking te doen,</w:t>
      </w:r>
    </w:p>
    <w:p>
      <w:r>
        <w:rPr>
          <w:b w:val="0"/>
          <w:sz w:val="20"/>
        </w:rPr>
        <w:t>en de Begiftigde aanvaardt deze schenking.</w:t>
      </w:r>
    </w:p>
    <w:p/>
    <w:p>
      <w:r>
        <w:rPr>
          <w:b/>
          <w:sz w:val="20"/>
        </w:rPr>
        <w:t>Artikel 1 – Schenking</w:t>
      </w:r>
    </w:p>
    <w:p>
      <w:r>
        <w:rPr>
          <w:b w:val="0"/>
          <w:sz w:val="20"/>
        </w:rPr>
        <w:t>De Schenker schenkt hierbij aan de Begiftigde het volgende goed: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(omschrijving van het geschonken goed, bijvoorbeeld geldbedrag, onroerend goed, andere zaken)</w:t>
      </w:r>
    </w:p>
    <w:p/>
    <w:p>
      <w:r>
        <w:rPr>
          <w:b/>
          <w:sz w:val="20"/>
        </w:rPr>
        <w:t>Artikel 2 – Voorwaarden</w:t>
      </w:r>
    </w:p>
    <w:p>
      <w:r>
        <w:rPr>
          <w:b w:val="0"/>
          <w:sz w:val="20"/>
        </w:rPr>
        <w:t>De schenking wordt gedaan onder de volgende voorwaarden:</w:t>
      </w:r>
    </w:p>
    <w:p>
      <w:r>
        <w:rPr>
          <w:b w:val="0"/>
          <w:sz w:val="20"/>
        </w:rPr>
        <w:t>- De schenking is onherroepelijk en onvoorwaardelijk.</w:t>
      </w:r>
    </w:p>
    <w:p>
      <w:r>
        <w:rPr>
          <w:b w:val="0"/>
          <w:sz w:val="20"/>
        </w:rPr>
        <w:t>- De Begiftigde aanvaardt de schenking.</w:t>
      </w:r>
    </w:p>
    <w:p>
      <w:r>
        <w:rPr>
          <w:b w:val="0"/>
          <w:sz w:val="20"/>
        </w:rPr>
        <w:t>- Indien van toepassing, bijzondere bepalingen:</w:t>
      </w:r>
    </w:p>
    <w:p>
      <w:r>
        <w:rPr>
          <w:b w:val="0"/>
          <w:sz w:val="20"/>
        </w:rPr>
        <w:t xml:space="preserve">  ____________________________________________________________________________</w:t>
      </w:r>
    </w:p>
    <w:p>
      <w:r>
        <w:rPr>
          <w:b w:val="0"/>
          <w:sz w:val="20"/>
        </w:rPr>
        <w:t xml:space="preserve">  ____________________________________________________________________________</w:t>
      </w:r>
    </w:p>
    <w:p/>
    <w:p>
      <w:r>
        <w:rPr>
          <w:b/>
          <w:sz w:val="20"/>
        </w:rPr>
        <w:t>Artikel 3 – Lasten en verplichtingen</w:t>
      </w:r>
    </w:p>
    <w:p>
      <w:r>
        <w:rPr>
          <w:b w:val="0"/>
          <w:sz w:val="20"/>
        </w:rPr>
        <w:t>De Begiftigde aanvaardt alle lasten, verplichtingen en kosten verbonden aan het geschonken goed.</w:t>
      </w:r>
    </w:p>
    <w:p/>
    <w:p>
      <w:r>
        <w:rPr>
          <w:b/>
          <w:sz w:val="20"/>
        </w:rPr>
        <w:t>Artikel 4 – Verklaring van de Schenker</w:t>
      </w:r>
    </w:p>
    <w:p>
      <w:r>
        <w:rPr>
          <w:b w:val="0"/>
          <w:sz w:val="20"/>
        </w:rPr>
        <w:t>De Schenker verklaart dat hij/zij bevoegd is om de schenking te doen en dat het geschonken goed vrij is van beslagen en beperkingen.</w:t>
      </w:r>
    </w:p>
    <w:p/>
    <w:p>
      <w:r>
        <w:rPr>
          <w:b/>
          <w:sz w:val="20"/>
        </w:rPr>
        <w:t>Artikel 5 – Verklaring van de Begiftigde</w:t>
      </w:r>
    </w:p>
    <w:p>
      <w:r>
        <w:rPr>
          <w:b w:val="0"/>
          <w:sz w:val="20"/>
        </w:rPr>
        <w:t>De Begiftigde verklaart kennis te hebben genomen van de inhoud van deze akte en de schenking te aanvaarden.</w:t>
      </w:r>
    </w:p>
    <w:p/>
    <w:p>
      <w:r>
        <w:rPr>
          <w:b/>
          <w:sz w:val="20"/>
        </w:rPr>
        <w:t>Artikel 6 – Toepasselijk recht en geschillen</w:t>
      </w:r>
    </w:p>
    <w:p>
      <w:r>
        <w:rPr>
          <w:b w:val="0"/>
          <w:sz w:val="20"/>
        </w:rPr>
        <w:t>Op deze schenkingsovereenkomst is Nederlands recht van toepassing.</w:t>
      </w:r>
    </w:p>
    <w:p>
      <w:r>
        <w:rPr>
          <w:b w:val="0"/>
          <w:sz w:val="20"/>
        </w:rPr>
        <w:t>Alle geschillen die voortvloeien uit deze overeenkomst zullen exclusief worden voorgelegd aan de bevoegde Nederlandse rechtbank.</w:t>
      </w:r>
    </w:p>
    <w:p/>
    <w:p/>
    <w:p>
      <w:r>
        <w:rPr>
          <w:b w:val="0"/>
          <w:sz w:val="20"/>
        </w:rPr>
        <w:t>Plaats van ondertekening : 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SCHENKER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BEGIFTIGDE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https://voorbeeld-centrum.com/schenkingsakte-voorbeeld/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https://voorbeeld-centrum.com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voorbeeld-centrum.com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orbeeld-centrum.com/schenkingsakte-voorbeeld/" TargetMode="External"/><Relationship Id="rId10" Type="http://schemas.openxmlformats.org/officeDocument/2006/relationships/hyperlink" Target="https://voorbeeld-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