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RESERVERINGSMAIL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Hartelijk dank voor uw interesse in onze dienstverlening. Hierbij bevestigen wij uw reservering zoals hieronder vermeld.</w:t>
      </w:r>
    </w:p>
    <w:p/>
    <w:p>
      <w:r>
        <w:rPr>
          <w:b/>
          <w:sz w:val="20"/>
        </w:rPr>
        <w:t>Reserveringsgegevens: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Naam klant: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E-mailadres: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Telefoonnummer: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Datum reservering: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Tijdstip: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Aantal personen: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</w:t>
            </w:r>
          </w:p>
        </w:tc>
      </w:tr>
    </w:tbl>
    <w:p/>
    <w:p/>
    <w:p>
      <w:r>
        <w:rPr>
          <w:b w:val="0"/>
          <w:sz w:val="20"/>
        </w:rPr>
        <w:t>Wij verzoeken u vriendelijk om eventuele wijzigingen of annuleringen tijdig door te geven. Indien u vragen heeft, kunt u altijd contact met ons opnemen via de bekende kanalen.</w:t>
      </w:r>
    </w:p>
    <w:p/>
    <w:p>
      <w:r>
        <w:rPr>
          <w:b w:val="0"/>
          <w:sz w:val="20"/>
        </w:rPr>
        <w:t>Met vriendelijke groet,</w:t>
      </w:r>
    </w:p>
    <w:p/>
    <w:p/>
    <w:p>
      <w:r>
        <w:rPr>
          <w:b w:val="0"/>
          <w:sz w:val="20"/>
        </w:rPr>
        <w:t>Het team van [Bedrijfsnaam]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https://voorbeeld-centrum.com/reservering-mail-voorbeeld/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reservering-mail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