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POP VOORBEELD STUDENT</w:t>
      </w:r>
    </w:p>
    <w:p/>
    <w:p>
      <w:r>
        <w:rPr>
          <w:b/>
          <w:sz w:val="20"/>
        </w:rPr>
        <w:t>Gegevens van de Student:</w:t>
      </w:r>
    </w:p>
    <w:p>
      <w:r>
        <w:rPr>
          <w:b w:val="0"/>
          <w:sz w:val="20"/>
        </w:rPr>
        <w:t>Naam : ________________________________________________________________</w:t>
      </w:r>
    </w:p>
    <w:p>
      <w:r>
        <w:rPr>
          <w:b w:val="0"/>
          <w:sz w:val="20"/>
        </w:rPr>
        <w:t>Studentnummer : ________________________________________________________</w:t>
      </w:r>
    </w:p>
    <w:p>
      <w:r>
        <w:rPr>
          <w:b w:val="0"/>
          <w:sz w:val="20"/>
        </w:rPr>
        <w:t>Studierichting : ________________________________________________________</w:t>
      </w:r>
    </w:p>
    <w:p>
      <w:r>
        <w:rPr>
          <w:b w:val="0"/>
          <w:sz w:val="20"/>
        </w:rPr>
        <w:t>School : _______________________________________________________________</w:t>
      </w:r>
    </w:p>
    <w:p/>
    <w:p>
      <w:r>
        <w:rPr>
          <w:b/>
          <w:sz w:val="20"/>
        </w:rPr>
        <w:t>Persoonlijke Ontwikkelingsdoelen:</w:t>
      </w:r>
    </w:p>
    <w:p>
      <w:r>
        <w:rPr>
          <w:b w:val="0"/>
          <w:sz w:val="20"/>
        </w:rPr>
        <w:t>1. ______________________________________________________________________</w:t>
      </w:r>
    </w:p>
    <w:p>
      <w:r>
        <w:rPr>
          <w:b w:val="0"/>
          <w:sz w:val="20"/>
        </w:rPr>
        <w:t>2. ______________________________________________________________________</w:t>
      </w:r>
    </w:p>
    <w:p>
      <w:r>
        <w:rPr>
          <w:b w:val="0"/>
          <w:sz w:val="20"/>
        </w:rPr>
        <w:t>3. ______________________________________________________________________</w:t>
      </w:r>
    </w:p>
    <w:p/>
    <w:p>
      <w:r>
        <w:rPr>
          <w:b/>
          <w:sz w:val="20"/>
        </w:rPr>
        <w:t>Sterke Punten:</w:t>
      </w:r>
    </w:p>
    <w:p>
      <w:r>
        <w:rPr>
          <w:b w:val="0"/>
          <w:sz w:val="20"/>
        </w:rPr>
        <w:t>1. ______________________________________________________________________</w:t>
      </w:r>
    </w:p>
    <w:p>
      <w:r>
        <w:rPr>
          <w:b w:val="0"/>
          <w:sz w:val="20"/>
        </w:rPr>
        <w:t>2. ______________________________________________________________________</w:t>
      </w:r>
    </w:p>
    <w:p>
      <w:r>
        <w:rPr>
          <w:b w:val="0"/>
          <w:sz w:val="20"/>
        </w:rPr>
        <w:t>3. ______________________________________________________________________</w:t>
      </w:r>
    </w:p>
    <w:p/>
    <w:p>
      <w:r>
        <w:rPr>
          <w:b/>
          <w:sz w:val="20"/>
        </w:rPr>
        <w:t>Aandachtspunten:</w:t>
      </w:r>
    </w:p>
    <w:p>
      <w:r>
        <w:rPr>
          <w:b w:val="0"/>
          <w:sz w:val="20"/>
        </w:rPr>
        <w:t>1. ______________________________________________________________________</w:t>
      </w:r>
    </w:p>
    <w:p>
      <w:r>
        <w:rPr>
          <w:b w:val="0"/>
          <w:sz w:val="20"/>
        </w:rPr>
        <w:t>2. ______________________________________________________________________</w:t>
      </w:r>
    </w:p>
    <w:p>
      <w:r>
        <w:rPr>
          <w:b w:val="0"/>
          <w:sz w:val="20"/>
        </w:rPr>
        <w:t>3. ______________________________________________________________________</w:t>
      </w:r>
    </w:p>
    <w:p/>
    <w:p>
      <w:r>
        <w:rPr>
          <w:b/>
          <w:sz w:val="20"/>
        </w:rPr>
        <w:t>Afgesproken Acties:</w:t>
      </w:r>
    </w:p>
    <w:p>
      <w:r>
        <w:rPr>
          <w:b w:val="0"/>
          <w:sz w:val="20"/>
        </w:rPr>
        <w:t>1. ______________________________________________________________________</w:t>
      </w:r>
    </w:p>
    <w:p>
      <w:r>
        <w:rPr>
          <w:b w:val="0"/>
          <w:sz w:val="20"/>
        </w:rPr>
        <w:t>2. ______________________________________________________________________</w:t>
      </w:r>
    </w:p>
    <w:p>
      <w:r>
        <w:rPr>
          <w:b w:val="0"/>
          <w:sz w:val="20"/>
        </w:rPr>
        <w:t>3. ______________________________________________________________________</w:t>
      </w:r>
    </w:p>
    <w:p/>
    <w:p>
      <w:r>
        <w:rPr>
          <w:b/>
          <w:sz w:val="20"/>
        </w:rPr>
        <w:t>Evaluatie en Afstemming:</w:t>
      </w:r>
    </w:p>
    <w:p>
      <w:r>
        <w:rPr>
          <w:b w:val="0"/>
          <w:sz w:val="20"/>
        </w:rPr>
        <w:t>Datum volgende evaluatie : _______________________________________________</w:t>
      </w:r>
    </w:p>
    <w:p>
      <w:r>
        <w:rPr>
          <w:b w:val="0"/>
          <w:sz w:val="20"/>
        </w:rPr>
        <w:t>Opmerkingen : 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STUDENT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BEGELEIDER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Handtekening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Handtekening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Naam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Naam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Oorspronkelijke bron van dit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https://voorbeeld-centrum.com/pop-voorbeeld-student/</w:t>
        </w:r>
      </w:hyperlink>
    </w:p>
    <w:p>
      <w:pPr>
        <w:jc w:val="center"/>
      </w:pPr>
      <w:r>
        <w:rPr>
          <w:color w:val="555555"/>
          <w:sz w:val="26"/>
        </w:rPr>
        <w:t>Was dit voorbeeld nuttig voor jou?</w:t>
      </w:r>
    </w:p>
    <w:p>
      <w:pPr>
        <w:jc w:val="center"/>
      </w:pPr>
      <w:r>
        <w:rPr>
          <w:color w:val="555555"/>
          <w:sz w:val="26"/>
        </w:rPr>
        <w:t>Vind andere bijgewerkte voorbeelden op de website: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https://voorbeeld-centrum.com</w:t>
        </w:r>
      </w:hyperlink>
    </w:p>
    <w:p>
      <w:pPr>
        <w:jc w:val="center"/>
      </w:pPr>
      <w:r>
        <w:rPr>
          <w:color w:val="808080"/>
          <w:sz w:val="20"/>
        </w:rPr>
        <w:t>Dit voorbeeld is uitsluitend bedoeld voor persoonlijk en niet-commercieel gebruik.</w:t>
        <w:br/>
        <w:t>Elke verspreiding of publicatie moet de bron vermelden. © voorbeeld-centrum.com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voorbeeld-centrum.com/pop-voorbeeld-student/" TargetMode="External"/><Relationship Id="rId10" Type="http://schemas.openxmlformats.org/officeDocument/2006/relationships/hyperlink" Target="https://voorbeeld-centrum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