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KLACHT EMAIL VOORBEELD</w:t>
      </w:r>
    </w:p>
    <w:p/>
    <w:p/>
    <w:p>
      <w:r>
        <w:rPr>
          <w:b/>
          <w:sz w:val="20"/>
        </w:rPr>
        <w:t>Aan :</w:t>
      </w:r>
    </w:p>
    <w:p>
      <w:r>
        <w:rPr>
          <w:b w:val="0"/>
          <w:sz w:val="20"/>
        </w:rPr>
        <w:t>Naam bedrijf / organisatie : _____________________________________________</w:t>
      </w:r>
    </w:p>
    <w:p>
      <w:r>
        <w:rPr>
          <w:b w:val="0"/>
          <w:sz w:val="20"/>
        </w:rPr>
        <w:t>Afdeling / contactpersoon : 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____________________________________________________</w:t>
      </w:r>
    </w:p>
    <w:p/>
    <w:p>
      <w:r>
        <w:rPr>
          <w:b/>
          <w:sz w:val="20"/>
        </w:rPr>
        <w:t>Van :</w:t>
      </w:r>
    </w:p>
    <w:p>
      <w:r>
        <w:rPr>
          <w:b w:val="0"/>
          <w:sz w:val="20"/>
        </w:rPr>
        <w:t>Naam : _________________________________________________________________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Postcode en plaats : ____________________________________________________</w:t>
      </w:r>
    </w:p>
    <w:p>
      <w:r>
        <w:rPr>
          <w:b w:val="0"/>
          <w:sz w:val="20"/>
        </w:rPr>
        <w:t>Telefoonnummer : _______________________________________________________</w:t>
      </w:r>
    </w:p>
    <w:p>
      <w:r>
        <w:rPr>
          <w:b w:val="0"/>
          <w:sz w:val="20"/>
        </w:rPr>
        <w:t>E-mailadres : ___________________________________________________________</w:t>
      </w:r>
    </w:p>
    <w:p/>
    <w:p>
      <w:r>
        <w:rPr>
          <w:b/>
          <w:sz w:val="20"/>
        </w:rPr>
        <w:t>Betreft : Klacht over geleverde dienst / product</w:t>
      </w:r>
    </w:p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wil ik mijn onvrede uiten over de geleverde dienst / het ontvangen product. Helaas voldoet deze niet aan de verwachtingen zoals vooraf besproken / zoals beschreven in de overeenkomst.</w:t>
      </w:r>
    </w:p>
    <w:p/>
    <w:p>
      <w:r>
        <w:rPr>
          <w:b/>
          <w:sz w:val="20"/>
        </w:rPr>
        <w:t>Omschrijving van de klacht :</w:t>
      </w:r>
    </w:p>
    <w:p>
      <w:r>
        <w:rPr>
          <w:b w:val="0"/>
          <w:sz w:val="20"/>
        </w:rPr>
        <w:t>- Beschrijf hier duidelijk en concreet het probleem of de tekortkoming.</w:t>
        <w:br/>
        <w:t>- Vermeld relevante details zoals data, aantallen, bestel- of factuurnummers.</w:t>
        <w:br/>
        <w:t>- Geef aan wat er precies mis is gegaan of wat niet aan de afspraak voldoet.</w:t>
      </w:r>
    </w:p>
    <w:p/>
    <w:p>
      <w:r>
        <w:rPr>
          <w:b/>
          <w:sz w:val="20"/>
        </w:rPr>
        <w:t>Verwachte oplossing :</w:t>
      </w:r>
    </w:p>
    <w:p>
      <w:r>
        <w:rPr>
          <w:b w:val="0"/>
          <w:sz w:val="20"/>
        </w:rPr>
        <w:t>- Geef aan wat u verwacht dat er gedaan wordt om de klacht op te lossen.</w:t>
        <w:br/>
        <w:t>- Bijvoorbeeld: reparatie, vervanging, terugbetaling, of andere passende maatregelen.</w:t>
        <w:br/>
        <w:t>- Geef aan binnen welke termijn u een reactie of oplossing verwacht.</w:t>
      </w:r>
    </w:p>
    <w:p/>
    <w:p>
      <w:r>
        <w:rPr>
          <w:b w:val="0"/>
          <w:sz w:val="20"/>
        </w:rPr>
        <w:t>Ik vertrouw erop dat u mijn klacht serieus neemt en ik zie uw reactie graag spoedig tegemoet. Mocht u vragen hebben, dan ben ik bereikbaar via bovenstaande contactgegevens.</w:t>
      </w:r>
    </w:p>
    <w:p/>
    <w:p/>
    <w:p>
      <w:r>
        <w:rPr>
          <w:b w:val="0"/>
          <w:sz w:val="20"/>
        </w:rPr>
        <w:t>Met vriendelijke groet,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Naam afzender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Afzender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https://voorbeeld-centrum.com/klacht-mail-voorbeeld/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klacht-mail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