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INTENTIEVERKLARING WERKGEVER</w:t>
      </w:r>
    </w:p>
    <w:p/>
    <w:p>
      <w:r>
        <w:rPr>
          <w:b/>
          <w:sz w:val="20"/>
        </w:rPr>
        <w:t>Gegevens van de Werkgever:</w:t>
      </w:r>
    </w:p>
    <w:p>
      <w:r>
        <w:rPr>
          <w:b w:val="0"/>
          <w:sz w:val="20"/>
        </w:rPr>
        <w:t>Bedrijfsnaam : ___________________________________________________</w:t>
      </w:r>
    </w:p>
    <w:p>
      <w:r>
        <w:rPr>
          <w:b w:val="0"/>
          <w:sz w:val="20"/>
        </w:rPr>
        <w:t>KvK-nummer : ______________________________________________</w:t>
      </w:r>
    </w:p>
    <w:p>
      <w:r>
        <w:rPr>
          <w:b w:val="0"/>
          <w:sz w:val="20"/>
        </w:rPr>
        <w:t>Vestigingsadres : ______________________________________________</w:t>
      </w:r>
    </w:p>
    <w:p>
      <w:r>
        <w:rPr>
          <w:b w:val="0"/>
          <w:sz w:val="20"/>
        </w:rPr>
        <w:t>Telefoonnummer : ______________________________________________</w:t>
      </w:r>
    </w:p>
    <w:p>
      <w:r>
        <w:rPr>
          <w:b w:val="0"/>
          <w:sz w:val="20"/>
        </w:rPr>
        <w:t>E-mailadres : ______________________________________________</w:t>
      </w:r>
    </w:p>
    <w:p/>
    <w:p>
      <w:r>
        <w:rPr>
          <w:b/>
          <w:sz w:val="20"/>
        </w:rPr>
        <w:t>Gegevens van de Werknemer:</w:t>
      </w:r>
    </w:p>
    <w:p>
      <w:r>
        <w:rPr>
          <w:b w:val="0"/>
          <w:sz w:val="20"/>
        </w:rPr>
        <w:t>Voor- en achternaam : ______________________________________________</w:t>
      </w:r>
    </w:p>
    <w:p>
      <w:r>
        <w:rPr>
          <w:b w:val="0"/>
          <w:sz w:val="20"/>
        </w:rPr>
        <w:t>Geboortedatum : ______________________________________________</w:t>
      </w:r>
    </w:p>
    <w:p>
      <w:r>
        <w:rPr>
          <w:b w:val="0"/>
          <w:sz w:val="20"/>
        </w:rPr>
        <w:t>Adres : ______________________________________________</w:t>
      </w:r>
    </w:p>
    <w:p>
      <w:r>
        <w:rPr>
          <w:b w:val="0"/>
          <w:sz w:val="20"/>
        </w:rPr>
        <w:t>Telefoonnummer : ______________________________________________</w:t>
      </w:r>
    </w:p>
    <w:p>
      <w:r>
        <w:rPr>
          <w:b w:val="0"/>
          <w:sz w:val="20"/>
        </w:rPr>
        <w:t>E-mailadres : ______________________________________________</w:t>
      </w:r>
    </w:p>
    <w:p/>
    <w:p>
      <w:r>
        <w:rPr>
          <w:b/>
          <w:sz w:val="20"/>
        </w:rPr>
        <w:t>Inleiding:</w:t>
      </w:r>
    </w:p>
    <w:p>
      <w:r>
        <w:rPr>
          <w:b w:val="0"/>
          <w:sz w:val="20"/>
        </w:rPr>
        <w:t>Deze intentieverklaring wordt opgesteld tussen de werkgever en de werknemer met als doel de intentie tot het aangaan van een arbeidsovereenkomst vast te leggen. Deze verklaring vormt geen bindend contract, maar geeft de wederzijdse intenties weer.</w:t>
      </w:r>
    </w:p>
    <w:p/>
    <w:p>
      <w:r>
        <w:rPr>
          <w:b/>
          <w:sz w:val="20"/>
        </w:rPr>
        <w:t>Artikel 1 – Functie en werkzaamheden</w:t>
      </w:r>
    </w:p>
    <w:p>
      <w:r>
        <w:rPr>
          <w:b w:val="0"/>
          <w:sz w:val="20"/>
        </w:rPr>
        <w:t>De werknemer zal de functie van _____________________________________ uitoefenen. De werkzaamheden omvatten onder andere: ___________________________________________________________________.</w:t>
      </w:r>
    </w:p>
    <w:p/>
    <w:p>
      <w:r>
        <w:rPr>
          <w:b/>
          <w:sz w:val="20"/>
        </w:rPr>
        <w:t>Artikel 2 – Duur en proeftijd</w:t>
      </w:r>
    </w:p>
    <w:p>
      <w:r>
        <w:rPr>
          <w:b w:val="0"/>
          <w:sz w:val="20"/>
        </w:rPr>
        <w:t>Partijen zijn voornemens een arbeidsovereenkomst voor bepaalde/onbepaalde tijd aan te gaan. De proeftijd wordt conform de geldende wet- en regelgeving overeengekomen.</w:t>
      </w:r>
    </w:p>
    <w:p/>
    <w:p>
      <w:r>
        <w:rPr>
          <w:b/>
          <w:sz w:val="20"/>
        </w:rPr>
        <w:t>Artikel 3 – Arbeidsvoorwaarden</w:t>
      </w:r>
    </w:p>
    <w:p>
      <w:r>
        <w:rPr>
          <w:b w:val="0"/>
          <w:sz w:val="20"/>
        </w:rPr>
        <w:t>De arbeidsvoorwaarden zullen worden vastgelegd in een schriftelijke arbeidsovereenkomst en zullen voldoen aan de geldende cao en wettelijke bepalingen.</w:t>
      </w:r>
    </w:p>
    <w:p/>
    <w:p>
      <w:r>
        <w:rPr>
          <w:b/>
          <w:sz w:val="20"/>
        </w:rPr>
        <w:t>Artikel 4 – Vertrouwelijkheid</w:t>
      </w:r>
    </w:p>
    <w:p>
      <w:r>
        <w:rPr>
          <w:b w:val="0"/>
          <w:sz w:val="20"/>
        </w:rPr>
        <w:t>Partijen verbinden zich tot geheimhouding van vertrouwelijke informatie die zij in het kader van de toekomstige arbeidsovereenkomst verkrijgen.</w:t>
      </w:r>
    </w:p>
    <w:p/>
    <w:p>
      <w:r>
        <w:rPr>
          <w:b/>
          <w:sz w:val="20"/>
        </w:rPr>
        <w:t>Artikel 5 – Ontbinding intentieverklaring</w:t>
      </w:r>
    </w:p>
    <w:p>
      <w:r>
        <w:rPr>
          <w:b w:val="0"/>
          <w:sz w:val="20"/>
        </w:rPr>
        <w:t>Deze intentieverklaring kan door beide partijen zonder opgave van redenen en zonder gevolgen worden beëindigd.</w:t>
      </w:r>
    </w:p>
    <w:p/>
    <w:p>
      <w:r>
        <w:rPr>
          <w:b/>
          <w:sz w:val="20"/>
        </w:rPr>
        <w:t>Artikel 6 – Toepasselijk recht en geschillen</w:t>
      </w:r>
    </w:p>
    <w:p>
      <w:r>
        <w:rPr>
          <w:b w:val="0"/>
          <w:sz w:val="20"/>
        </w:rPr>
        <w:t>Op deze intentieverklaring is Nederlands recht van toepassing. Eventuele geschillen worden exclusief voorgelegd aan de bevoegde rechter in Nederland.</w:t>
      </w:r>
    </w:p>
    <w:p/>
    <w:p/>
    <w:p>
      <w:r>
        <w:rPr>
          <w:b w:val="0"/>
          <w:sz w:val="20"/>
        </w:rPr>
        <w:t>Plaats : ____________________________</w:t>
      </w:r>
    </w:p>
    <w:p>
      <w:r>
        <w:rPr>
          <w:b w:val="0"/>
          <w:sz w:val="20"/>
        </w:rPr>
        <w:t>Datum : 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WERKGEVER</w:t>
            </w:r>
          </w:p>
        </w:tc>
        <w:tc>
          <w:tcPr>
            <w:tcW w:type="dxa" w:w="4986"/>
            <w:tcBorders>
              <w:top w:val="nil"/>
              <w:left w:val="nil"/>
              <w:bottom w:val="nil"/>
              <w:right w:val="nil"/>
              <w:insideH w:val="nil"/>
              <w:insideV w:val="nil"/>
            </w:tcBorders>
          </w:tcPr>
          <w:p>
            <w:pPr>
              <w:jc w:val="center"/>
            </w:pPr>
            <w:r>
              <w:t>WERKNEMER</w:t>
            </w:r>
          </w:p>
        </w:tc>
      </w:tr>
      <w:tr>
        <w:tc>
          <w:tcPr>
            <w:tcW w:type="dxa" w:w="4986"/>
            <w:tcBorders>
              <w:top w:val="nil"/>
              <w:left w:val="nil"/>
              <w:bottom w:val="nil"/>
              <w:right w:val="nil"/>
              <w:insideH w:val="nil"/>
              <w:insideV w:val="nil"/>
            </w:tcBorders>
          </w:tcPr>
          <w:p>
            <w:pPr>
              <w:jc w:val="center"/>
            </w:pPr>
            <w:r>
              <w:br/>
              <w:br/>
              <w:t>Handtekening : _________________________</w:t>
            </w:r>
          </w:p>
        </w:tc>
        <w:tc>
          <w:tcPr>
            <w:tcW w:type="dxa" w:w="4986"/>
            <w:tcBorders>
              <w:top w:val="nil"/>
              <w:left w:val="nil"/>
              <w:bottom w:val="nil"/>
              <w:right w:val="nil"/>
              <w:insideH w:val="nil"/>
              <w:insideV w:val="nil"/>
            </w:tcBorders>
          </w:tcPr>
          <w:p>
            <w:pPr>
              <w:jc w:val="center"/>
            </w:pPr>
            <w:r>
              <w:br/>
              <w:br/>
              <w:t>Handtekening : _________________________</w:t>
            </w:r>
          </w:p>
        </w:tc>
      </w:tr>
      <w:tr>
        <w:tc>
          <w:tcPr>
            <w:tcW w:type="dxa" w:w="4986"/>
            <w:tcBorders>
              <w:top w:val="nil"/>
              <w:left w:val="nil"/>
              <w:bottom w:val="nil"/>
              <w:right w:val="nil"/>
              <w:insideH w:val="nil"/>
              <w:insideV w:val="nil"/>
            </w:tcBorders>
          </w:tcPr>
          <w:p>
            <w:pPr>
              <w:jc w:val="center"/>
            </w:pPr>
            <w:r>
              <w:t>Naam : ________________________________</w:t>
            </w:r>
          </w:p>
        </w:tc>
        <w:tc>
          <w:tcPr>
            <w:tcW w:type="dxa" w:w="4986"/>
            <w:tcBorders>
              <w:top w:val="nil"/>
              <w:left w:val="nil"/>
              <w:bottom w:val="nil"/>
              <w:right w:val="nil"/>
              <w:insideH w:val="nil"/>
              <w:insideV w:val="nil"/>
            </w:tcBorders>
          </w:tcPr>
          <w:p>
            <w:pPr>
              <w:jc w:val="center"/>
            </w:pPr>
            <w:r>
              <w:t>Naam : ________________________________</w:t>
            </w:r>
          </w:p>
        </w:tc>
      </w:tr>
    </w:tbl>
    <w:p>
      <w:r>
        <w:br w:type="page"/>
      </w:r>
    </w:p>
    <w:p>
      <w:pPr>
        <w:jc w:val="center"/>
      </w:pPr>
      <w:r>
        <w:rPr>
          <w:color w:val="555555"/>
          <w:sz w:val="24"/>
        </w:rPr>
        <w:t>Oorspronkelijke bron van dit document:</w:t>
      </w:r>
    </w:p>
    <w:p>
      <w:pPr>
        <w:jc w:val="center"/>
      </w:pPr>
      <w:hyperlink r:id="rId9">
        <w:r>
          <w:rPr>
            <w:color w:val="0000FF"/>
            <w:u w:val="single"/>
          </w:rPr>
          <w:t>https://voorbeeld-centrum.com/intentieverklaring-werkgever-voorbeeld/</w:t>
        </w:r>
      </w:hyperlink>
    </w:p>
    <w:p>
      <w:pPr>
        <w:jc w:val="center"/>
      </w:pPr>
      <w:r>
        <w:rPr>
          <w:color w:val="555555"/>
          <w:sz w:val="26"/>
        </w:rPr>
        <w:t>Was dit voorbeeld nuttig voor jou?</w:t>
      </w:r>
    </w:p>
    <w:p>
      <w:pPr>
        <w:jc w:val="center"/>
      </w:pPr>
      <w:r>
        <w:rPr>
          <w:color w:val="555555"/>
          <w:sz w:val="26"/>
        </w:rPr>
        <w:t>Vind andere bijgewerkte voorbeelden op de website:</w:t>
      </w:r>
    </w:p>
    <w:p>
      <w:pPr>
        <w:jc w:val="center"/>
      </w:pPr>
      <w:hyperlink r:id="rId10">
        <w:r>
          <w:rPr>
            <w:color w:val="0000FF"/>
            <w:u w:val="single"/>
          </w:rPr>
          <w:t>https://voorbeeld-centrum.com</w:t>
        </w:r>
      </w:hyperlink>
    </w:p>
    <w:p>
      <w:pPr>
        <w:jc w:val="center"/>
      </w:pPr>
      <w:r>
        <w:rPr>
          <w:color w:val="808080"/>
          <w:sz w:val="20"/>
        </w:rPr>
        <w:t>Dit voorbeeld is uitsluitend bedoeld voor persoonlijk en niet-commercieel gebruik.</w:t>
        <w:br/>
        <w:t>Elke verspreiding of publicatie moet de bron vermelden. © voorbeeld-centrum.com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orbeeld-centrum.com/intentieverklaring-werkgever-voorbeeld/" TargetMode="External"/><Relationship Id="rId10" Type="http://schemas.openxmlformats.org/officeDocument/2006/relationships/hyperlink" Target="https://voorbeeld-centru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