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INLEIDING BOEKBESPREKING</w:t>
      </w:r>
    </w:p>
    <w:p/>
    <w:p/>
    <w:p>
      <w:r>
        <w:rPr>
          <w:b/>
          <w:sz w:val="22"/>
        </w:rPr>
        <w:t>Titel van het boek :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Naam auteur(s) :</w:t>
      </w:r>
    </w:p>
    <w:p>
      <w:r>
        <w:rPr>
          <w:b w:val="0"/>
          <w:sz w:val="22"/>
        </w:rPr>
        <w:t>_______________________________________________________________</w:t>
      </w:r>
    </w:p>
    <w:p/>
    <w:p>
      <w:r>
        <w:rPr>
          <w:b/>
          <w:sz w:val="22"/>
        </w:rPr>
        <w:t>Jaar van uitgave :</w:t>
      </w:r>
    </w:p>
    <w:p>
      <w:r>
        <w:rPr>
          <w:b w:val="0"/>
          <w:sz w:val="22"/>
        </w:rPr>
        <w:t>_______________________________________________________________</w:t>
      </w:r>
    </w:p>
    <w:p/>
    <w:p/>
    <w:p>
      <w:r>
        <w:rPr>
          <w:b/>
          <w:sz w:val="24"/>
        </w:rPr>
        <w:t>Samenvatting van het boek</w:t>
      </w:r>
    </w:p>
    <w:p>
      <w:r>
        <w:rPr>
          <w:b w:val="0"/>
          <w:sz w:val="22"/>
        </w:rPr>
        <w:t>Beschrijf hier de inhoud van het boek in eigen woorden. Geef een overzicht van de belangrijkste thema's, gebeurtenissen en personages.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>
      <w:r>
        <w:rPr>
          <w:b/>
          <w:sz w:val="24"/>
        </w:rPr>
        <w:t>Analyse van het boek</w:t>
      </w:r>
    </w:p>
    <w:p>
      <w:r>
        <w:rPr>
          <w:b w:val="0"/>
          <w:sz w:val="22"/>
        </w:rPr>
        <w:t>Geef een analyse van de structuur, stijl en inhoud. Bespreek de opbouw, schrijftechnieken en de effectiviteit van de boodschap.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>
      <w:r>
        <w:rPr>
          <w:b/>
          <w:sz w:val="24"/>
        </w:rPr>
        <w:t>Beoordeling en persoonlijke mening</w:t>
      </w:r>
    </w:p>
    <w:p>
      <w:r>
        <w:rPr>
          <w:b w:val="0"/>
          <w:sz w:val="22"/>
        </w:rPr>
        <w:t>Geef uw persoonlijke mening over het boek. Wat vond u goed of minder goed? Welke indruk heeft het boek op u gemaakt?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>
      <w:r>
        <w:rPr>
          <w:b/>
          <w:sz w:val="24"/>
        </w:rPr>
        <w:t>Conclusie</w:t>
      </w:r>
    </w:p>
    <w:p>
      <w:r>
        <w:rPr>
          <w:b w:val="0"/>
          <w:sz w:val="22"/>
        </w:rPr>
        <w:t>Vat kort samen wat uw belangrijkste bevindingen zijn en geef aan voor wie dit boek relevant is.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van de bespreker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Handtekening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https://voorbeeld-centrum.com/inleiding-boekbespreking/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inleiding-boekbespreking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