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OVEREENKOMST INDIVIDUELE BEGELEIDING</w:t>
      </w:r>
    </w:p>
    <w:p/>
    <w:p>
      <w:r>
        <w:rPr>
          <w:b/>
          <w:sz w:val="20"/>
        </w:rPr>
        <w:t>Gegevens van de Cliënt:</w:t>
      </w:r>
    </w:p>
    <w:p>
      <w:r>
        <w:rPr>
          <w:b w:val="0"/>
          <w:sz w:val="20"/>
        </w:rPr>
        <w:t>Naam : ________________________________________________________________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Geboortedatum : ________________________________________________________</w:t>
      </w:r>
    </w:p>
    <w:p>
      <w:r>
        <w:rPr>
          <w:b w:val="0"/>
          <w:sz w:val="20"/>
        </w:rPr>
        <w:t>Telefoonnummer : _______________________________________________________</w:t>
      </w:r>
    </w:p>
    <w:p>
      <w:r>
        <w:rPr>
          <w:b w:val="0"/>
          <w:sz w:val="20"/>
        </w:rPr>
        <w:t>E-mailadres : ___________________________________________________________</w:t>
      </w:r>
    </w:p>
    <w:p/>
    <w:p>
      <w:r>
        <w:rPr>
          <w:b/>
          <w:sz w:val="20"/>
        </w:rPr>
        <w:t>Gegevens van de Begeleider / Organisatie:</w:t>
      </w:r>
    </w:p>
    <w:p>
      <w:r>
        <w:rPr>
          <w:b w:val="0"/>
          <w:sz w:val="20"/>
        </w:rPr>
        <w:t>Naam : ________________________________________________________________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KvK-nummer : ___________________________________________________________</w:t>
      </w:r>
    </w:p>
    <w:p>
      <w:r>
        <w:rPr>
          <w:b w:val="0"/>
          <w:sz w:val="20"/>
        </w:rPr>
        <w:t>Telefoonnummer : _______________________________________________________</w:t>
      </w:r>
    </w:p>
    <w:p>
      <w:r>
        <w:rPr>
          <w:b w:val="0"/>
          <w:sz w:val="20"/>
        </w:rPr>
        <w:t>E-mailadres : ___________________________________________________________</w:t>
      </w:r>
    </w:p>
    <w:p/>
    <w:p>
      <w:r>
        <w:rPr>
          <w:b/>
          <w:sz w:val="20"/>
        </w:rPr>
        <w:t>Doel van de Begeleiding:</w:t>
      </w:r>
    </w:p>
    <w:p>
      <w:r>
        <w:rPr>
          <w:b w:val="0"/>
          <w:sz w:val="20"/>
        </w:rPr>
        <w:t>De begeleiding richt zich op het ondersteunen van de cliënt bij het behalen van de volgende doelen: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Duur en Frequentie van de Begeleiding:</w:t>
      </w:r>
    </w:p>
    <w:p>
      <w:r>
        <w:rPr>
          <w:b w:val="0"/>
          <w:sz w:val="20"/>
        </w:rPr>
        <w:t>De begeleiding zal plaatsvinden gedurende een periode van __________ weken/maanden.</w:t>
      </w:r>
    </w:p>
    <w:p>
      <w:r>
        <w:rPr>
          <w:b w:val="0"/>
          <w:sz w:val="20"/>
        </w:rPr>
        <w:t>De frequentie van de sessies is vastgesteld op __________ keer per week/maand.</w:t>
      </w:r>
    </w:p>
    <w:p/>
    <w:p>
      <w:r>
        <w:rPr>
          <w:b/>
          <w:sz w:val="20"/>
        </w:rPr>
        <w:t>Verplichtingen van de Begeleider:</w:t>
      </w:r>
    </w:p>
    <w:p>
      <w:r>
        <w:rPr>
          <w:b w:val="0"/>
          <w:sz w:val="20"/>
        </w:rPr>
        <w:t>De begeleider verplicht zich om:</w:t>
      </w:r>
    </w:p>
    <w:p>
      <w:r>
        <w:rPr>
          <w:b w:val="0"/>
          <w:sz w:val="20"/>
        </w:rPr>
        <w:t>a) De begeleiding professioneel en met zorgvuldigheid uit te voeren;</w:t>
      </w:r>
    </w:p>
    <w:p>
      <w:r>
        <w:rPr>
          <w:b w:val="0"/>
          <w:sz w:val="20"/>
        </w:rPr>
        <w:t>b) Vertrouwelijkheid te waarborgen conform de geldende regelgeving;</w:t>
      </w:r>
    </w:p>
    <w:p>
      <w:r>
        <w:rPr>
          <w:b w:val="0"/>
          <w:sz w:val="20"/>
        </w:rPr>
        <w:t>c) Regelmatig voortgang te evalueren en te rapporteren aan de cliënt indien gewenst;</w:t>
      </w:r>
    </w:p>
    <w:p>
      <w:r>
        <w:rPr>
          <w:b w:val="0"/>
          <w:sz w:val="20"/>
        </w:rPr>
        <w:t>d) Respectvol en empathisch om te gaan met de cliënt.</w:t>
      </w:r>
    </w:p>
    <w:p/>
    <w:p>
      <w:r>
        <w:rPr>
          <w:b/>
          <w:sz w:val="20"/>
        </w:rPr>
        <w:t>Verplichtingen van de Cliënt:</w:t>
      </w:r>
    </w:p>
    <w:p>
      <w:r>
        <w:rPr>
          <w:b w:val="0"/>
          <w:sz w:val="20"/>
        </w:rPr>
        <w:t>De cliënt verplicht zich om:</w:t>
      </w:r>
    </w:p>
    <w:p>
      <w:r>
        <w:rPr>
          <w:b w:val="0"/>
          <w:sz w:val="20"/>
        </w:rPr>
        <w:t>a) Actief deel te nemen aan de begeleiding;</w:t>
      </w:r>
    </w:p>
    <w:p>
      <w:r>
        <w:rPr>
          <w:b w:val="0"/>
          <w:sz w:val="20"/>
        </w:rPr>
        <w:t>b) Tijdig afspraken na te komen of tijdig te annuleren;</w:t>
      </w:r>
    </w:p>
    <w:p>
      <w:r>
        <w:rPr>
          <w:b w:val="0"/>
          <w:sz w:val="20"/>
        </w:rPr>
        <w:t>c) Eerlijk en open te communiceren over zijn/haar situatie;</w:t>
      </w:r>
    </w:p>
    <w:p>
      <w:r>
        <w:rPr>
          <w:b w:val="0"/>
          <w:sz w:val="20"/>
        </w:rPr>
        <w:t>d) De gemaakte afspraken na te leven.</w:t>
      </w:r>
    </w:p>
    <w:p/>
    <w:p>
      <w:r>
        <w:rPr>
          <w:b/>
          <w:sz w:val="20"/>
        </w:rPr>
        <w:t>Financiële Afspraken:</w:t>
      </w:r>
    </w:p>
    <w:p>
      <w:r>
        <w:rPr>
          <w:b w:val="0"/>
          <w:sz w:val="20"/>
        </w:rPr>
        <w:t>De kosten voor de individuele begeleiding bedragen € __________ per sessie.</w:t>
      </w:r>
    </w:p>
    <w:p>
      <w:r>
        <w:rPr>
          <w:b w:val="0"/>
          <w:sz w:val="20"/>
        </w:rPr>
        <w:t>Betaling dient te geschieden binnen __________ dagen na factuurdatum, tenzij anders overeengekomen.</w:t>
      </w:r>
    </w:p>
    <w:p/>
    <w:p>
      <w:r>
        <w:rPr>
          <w:b/>
          <w:sz w:val="20"/>
        </w:rPr>
        <w:t>Annuleringsvoorwaarden:</w:t>
      </w:r>
    </w:p>
    <w:p>
      <w:r>
        <w:rPr>
          <w:b w:val="0"/>
          <w:sz w:val="20"/>
        </w:rPr>
        <w:t>Afzegging van afspraken dient minimaal 24 uur van tevoren te gebeuren. Bij niet tijdige afzegging behoudt de begeleider zich het recht voor de kosten in rekening te brengen.</w:t>
      </w:r>
    </w:p>
    <w:p/>
    <w:p>
      <w:r>
        <w:rPr>
          <w:b/>
          <w:sz w:val="20"/>
        </w:rPr>
        <w:t>Geheimhouding:</w:t>
      </w:r>
    </w:p>
    <w:p>
      <w:r>
        <w:rPr>
          <w:b w:val="0"/>
          <w:sz w:val="20"/>
        </w:rPr>
        <w:t>Begeleider en cliënt spreken af dat alle informatie die tijdens de begeleiding wordt gedeeld vertrouwelijk blijft, tenzij er wettelijke verplichtingen zijn tot melding.</w:t>
      </w:r>
    </w:p>
    <w:p/>
    <w:p>
      <w:r>
        <w:rPr>
          <w:b/>
          <w:sz w:val="20"/>
        </w:rPr>
        <w:t>Beëindiging van de Overeenkomst:</w:t>
      </w:r>
    </w:p>
    <w:p>
      <w:r>
        <w:rPr>
          <w:b w:val="0"/>
          <w:sz w:val="20"/>
        </w:rPr>
        <w:t>Deze overeenkomst kan door beide partijen schriftelijk worden beëindigd met een opzegtermijn van __________ dagen.</w:t>
      </w:r>
    </w:p>
    <w:p/>
    <w:p>
      <w:r>
        <w:rPr>
          <w:b/>
          <w:sz w:val="20"/>
        </w:rPr>
        <w:t>Toepasselijk Recht en Geschillen:</w:t>
      </w:r>
    </w:p>
    <w:p>
      <w:r>
        <w:rPr>
          <w:b w:val="0"/>
          <w:sz w:val="20"/>
        </w:rPr>
        <w:t>Op deze overeenkomst is Nederlands recht van toepassing.</w:t>
      </w:r>
    </w:p>
    <w:p>
      <w:r>
        <w:rPr>
          <w:b w:val="0"/>
          <w:sz w:val="20"/>
        </w:rPr>
        <w:t>Geschillen voortvloeiend uit deze overeenkomst zullen uitsluitend worden voorgelegd aan de bevoegde Nederlandse rechter.</w:t>
      </w:r>
    </w:p>
    <w:p/>
    <w:p/>
    <w:p>
      <w:r>
        <w:rPr>
          <w:b/>
          <w:sz w:val="20"/>
        </w:rPr>
        <w:t>Plaats voor ondertekening: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CLIËNT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BEGELEIDER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https://voorbeeld-centrum.com/individuele-begeleiding-voorbeelden/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individuele-begeleiding-voorbeelden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