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AKTE VAN LEVERING</w:t>
      </w:r>
    </w:p>
    <w:p/>
    <w:p/>
    <w:p>
      <w:r>
        <w:rPr>
          <w:b/>
          <w:sz w:val="20"/>
        </w:rPr>
        <w:t>Partijen:</w:t>
      </w:r>
    </w:p>
    <w:p>
      <w:r>
        <w:rPr>
          <w:b w:val="0"/>
          <w:sz w:val="20"/>
        </w:rPr>
        <w:t>Verkoper: ________________________________________________________________</w:t>
      </w:r>
    </w:p>
    <w:p>
      <w:r>
        <w:rPr>
          <w:b w:val="0"/>
          <w:sz w:val="20"/>
        </w:rPr>
        <w:t>Adres Verkoper: __________________________________________________________</w:t>
      </w:r>
    </w:p>
    <w:p>
      <w:r>
        <w:rPr>
          <w:b w:val="0"/>
          <w:sz w:val="20"/>
        </w:rPr>
        <w:t>Koper: __________________________________________________________________</w:t>
      </w:r>
    </w:p>
    <w:p>
      <w:r>
        <w:rPr>
          <w:b w:val="0"/>
          <w:sz w:val="20"/>
        </w:rPr>
        <w:t>Adres Koper: _____________________________________________________________</w:t>
      </w:r>
    </w:p>
    <w:p/>
    <w:p/>
    <w:p>
      <w:r>
        <w:rPr>
          <w:b/>
          <w:sz w:val="20"/>
        </w:rPr>
        <w:t>OVERWEGENDE DAT:</w:t>
      </w:r>
    </w:p>
    <w:p>
      <w:r>
        <w:rPr>
          <w:b w:val="0"/>
          <w:sz w:val="20"/>
        </w:rPr>
        <w:t>a) Verkoper eigenaar is van het hieronder beschreven goed;</w:t>
      </w:r>
    </w:p>
    <w:p>
      <w:r>
        <w:rPr>
          <w:b w:val="0"/>
          <w:sz w:val="20"/>
        </w:rPr>
        <w:t>b) Verkoper het goed wenst te leveren aan Koper;</w:t>
      </w:r>
    </w:p>
    <w:p>
      <w:r>
        <w:rPr>
          <w:b w:val="0"/>
          <w:sz w:val="20"/>
        </w:rPr>
        <w:t>c) Koper het goed wenst te aanvaarden en te betalen conform onderstaande voorwaarden.</w:t>
      </w:r>
    </w:p>
    <w:p/>
    <w:p/>
    <w:p>
      <w:r>
        <w:rPr>
          <w:b/>
          <w:sz w:val="20"/>
        </w:rPr>
        <w:t>Artikel 1 – Levering</w:t>
      </w:r>
    </w:p>
    <w:p>
      <w:r>
        <w:rPr>
          <w:b w:val="0"/>
          <w:sz w:val="20"/>
        </w:rPr>
        <w:t>Verkoper levert hierbij aan Koper het volgende goed:</w:t>
      </w:r>
    </w:p>
    <w:p>
      <w:r>
        <w:rPr>
          <w:b w:val="0"/>
          <w:sz w:val="20"/>
        </w:rPr>
        <w:t>Omschrijving: _____________________________________________________________</w:t>
      </w:r>
    </w:p>
    <w:p>
      <w:r>
        <w:rPr>
          <w:b w:val="0"/>
          <w:sz w:val="20"/>
        </w:rPr>
        <w:t>Eigendomstitel: ___________________________________________________________</w:t>
      </w:r>
    </w:p>
    <w:p>
      <w:r>
        <w:rPr>
          <w:b w:val="0"/>
          <w:sz w:val="20"/>
        </w:rPr>
        <w:t>Specificaties en staat: _____________________________________________________</w:t>
      </w:r>
    </w:p>
    <w:p/>
    <w:p>
      <w:r>
        <w:rPr>
          <w:b/>
          <w:sz w:val="20"/>
        </w:rPr>
        <w:t>Artikel 2 – Overdracht van eigendom</w:t>
      </w:r>
    </w:p>
    <w:p>
      <w:r>
        <w:rPr>
          <w:b w:val="0"/>
          <w:sz w:val="20"/>
        </w:rPr>
        <w:t>De eigendom van het genoemde goed gaat over op Koper op het moment van ondertekening van deze akte, onder voorbehoud van volledige betaling.</w:t>
      </w:r>
    </w:p>
    <w:p/>
    <w:p>
      <w:r>
        <w:rPr>
          <w:b/>
          <w:sz w:val="20"/>
        </w:rPr>
        <w:t>Artikel 3 – Prijs en betaling</w:t>
      </w:r>
    </w:p>
    <w:p>
      <w:r>
        <w:rPr>
          <w:b w:val="0"/>
          <w:sz w:val="20"/>
        </w:rPr>
        <w:t>De koopprijs bedraagt: € ___________________________.</w:t>
      </w:r>
    </w:p>
    <w:p>
      <w:r>
        <w:rPr>
          <w:b w:val="0"/>
          <w:sz w:val="20"/>
        </w:rPr>
        <w:t>Betaling zal plaatsvinden middels: ____________________________________________</w:t>
      </w:r>
    </w:p>
    <w:p>
      <w:r>
        <w:rPr>
          <w:b w:val="0"/>
          <w:sz w:val="20"/>
        </w:rPr>
        <w:t>Eventuele aanbetalingen en termijnen: ________________________________________</w:t>
      </w:r>
    </w:p>
    <w:p/>
    <w:p>
      <w:r>
        <w:rPr>
          <w:b/>
          <w:sz w:val="20"/>
        </w:rPr>
        <w:t>Artikel 4 – Garanties</w:t>
      </w:r>
    </w:p>
    <w:p>
      <w:r>
        <w:rPr>
          <w:b w:val="0"/>
          <w:sz w:val="20"/>
        </w:rPr>
        <w:t>Verkoper garandeert dat het goed vrij is van beslagen, beperkingen en rechten van derden, behalve indien anders vermeld: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0"/>
        </w:rPr>
        <w:t>Artikel 5 – Overdracht van risico</w:t>
      </w:r>
    </w:p>
    <w:p>
      <w:r>
        <w:rPr>
          <w:b w:val="0"/>
          <w:sz w:val="20"/>
        </w:rPr>
        <w:t>Het risico van beschadiging of verlies van het goed gaat over op Koper bij levering, tenzij anders schriftelijk overeengekomen.</w:t>
      </w:r>
    </w:p>
    <w:p/>
    <w:p>
      <w:r>
        <w:rPr>
          <w:b/>
          <w:sz w:val="20"/>
        </w:rPr>
        <w:t>Artikel 6 – Overige bepalingen</w:t>
      </w:r>
    </w:p>
    <w:p>
      <w:r>
        <w:rPr>
          <w:b w:val="0"/>
          <w:sz w:val="20"/>
        </w:rPr>
        <w:t>1. Eventuele geschillen voortvloeiend uit deze akte zullen worden beslecht door de bevoegde rechter in Nederland.</w:t>
      </w:r>
    </w:p>
    <w:p>
      <w:r>
        <w:rPr>
          <w:b w:val="0"/>
          <w:sz w:val="20"/>
        </w:rPr>
        <w:t>2. Op deze akte is Nederlands recht van toepassing.</w:t>
      </w:r>
    </w:p>
    <w:p>
      <w:r>
        <w:rPr>
          <w:b w:val="0"/>
          <w:sz w:val="20"/>
        </w:rPr>
        <w:t>3. Wijzigingen en aanvullingen op deze akte zijn slechts geldig indien schriftelijk vastgelegd en door beide partijen ondertekend.</w:t>
      </w:r>
    </w:p>
    <w:p/>
    <w:p/>
    <w:p>
      <w:r>
        <w:rPr>
          <w:b w:val="0"/>
          <w:sz w:val="20"/>
        </w:rPr>
        <w:t>Plaats: ________________________________________________________________</w:t>
      </w:r>
    </w:p>
    <w:p>
      <w:r>
        <w:rPr>
          <w:b w:val="0"/>
          <w:sz w:val="20"/>
        </w:rPr>
        <w:t>Datum: _________________________________________________________________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Verkoper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Koper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Handtekening: 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Handtekening: 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Naam: 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Naam: 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Oorspronkelijke bron van dit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https://voorbeeld-centrum.com/akte-van-levering-voorbeeld/</w:t>
        </w:r>
      </w:hyperlink>
    </w:p>
    <w:p>
      <w:pPr>
        <w:jc w:val="center"/>
      </w:pPr>
      <w:r>
        <w:rPr>
          <w:color w:val="555555"/>
          <w:sz w:val="26"/>
        </w:rPr>
        <w:t>Was dit voorbeeld nuttig voor jou?</w:t>
      </w:r>
    </w:p>
    <w:p>
      <w:pPr>
        <w:jc w:val="center"/>
      </w:pPr>
      <w:r>
        <w:rPr>
          <w:color w:val="555555"/>
          <w:sz w:val="26"/>
        </w:rPr>
        <w:t>Vind andere bijgewerkte voorbeelden op de website: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https://voorbeeld-centrum.com</w:t>
        </w:r>
      </w:hyperlink>
    </w:p>
    <w:p>
      <w:pPr>
        <w:jc w:val="center"/>
      </w:pPr>
      <w:r>
        <w:rPr>
          <w:color w:val="808080"/>
          <w:sz w:val="20"/>
        </w:rPr>
        <w:t>Dit voorbeeld is uitsluitend bedoeld voor persoonlijk en niet-commercieel gebruik.</w:t>
        <w:br/>
        <w:t>Elke verspreiding of publicatie moet de bron vermelden. © voorbeeld-centrum.com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orbeeld-centrum.com/akte-van-levering-voorbeeld/" TargetMode="External"/><Relationship Id="rId10" Type="http://schemas.openxmlformats.org/officeDocument/2006/relationships/hyperlink" Target="https://voorbeeld-centrum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