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AFSCHEIDSMAIL WERK - MET EEN KNIPOOG</w:t>
      </w:r>
    </w:p>
    <w:p/>
    <w:p/>
    <w:p>
      <w:r>
        <w:rPr>
          <w:b w:val="0"/>
          <w:sz w:val="20"/>
        </w:rPr>
        <w:t>Beste collega's,</w:t>
      </w:r>
    </w:p>
    <w:p/>
    <w:p>
      <w:r>
        <w:rPr>
          <w:b w:val="0"/>
          <w:sz w:val="20"/>
        </w:rPr>
        <w:t>Na vele onvergetelijke momenten, hilarische vergaderingen en koffiepauzes die soms langer duurden dan de meetings zelf, is het tijd voor mij om afscheid te nemen van dit fantastische team.</w:t>
      </w:r>
    </w:p>
    <w:p/>
    <w:p>
      <w:r>
        <w:rPr>
          <w:b w:val="0"/>
          <w:sz w:val="20"/>
        </w:rPr>
        <w:t>Hoewel ik nu ga, zal ik nooit vergeten hoe we samen onze deadlines altijd nét gehaald hebben – meestal dankzij een last-minute redmiddel of een flinke dosis creativiteit (en soms koffie).</w:t>
      </w:r>
    </w:p>
    <w:p/>
    <w:p>
      <w:r>
        <w:rPr>
          <w:b w:val="0"/>
          <w:sz w:val="20"/>
        </w:rPr>
        <w:t>Ik zal jullie missen, vooral de onnavolgbare manier waarop we met z’n allen konden lachen om dezelfde flauwe grap, terwijl de baas er niets van snapte.</w:t>
      </w:r>
    </w:p>
    <w:p/>
    <w:p>
      <w:r>
        <w:rPr>
          <w:b w:val="0"/>
          <w:sz w:val="20"/>
        </w:rPr>
        <w:t>Dank aan iedereen voor de samenwerking, de steun en vooral de gezelligheid. Jullie hebben het werk niet alleen draaglijk maar ook leuk gemaakt.</w:t>
      </w:r>
    </w:p>
    <w:p/>
    <w:p>
      <w:r>
        <w:rPr>
          <w:b w:val="0"/>
          <w:sz w:val="20"/>
        </w:rPr>
        <w:t>Ik wens jullie allemaal het beste toe, veel succes met de projecten en vergeet vooral niet af en toe ook eens écht pauze te nemen (ja, dat bedoel ik ook tegen jou, koffieleut!).</w:t>
      </w:r>
    </w:p>
    <w:p/>
    <w:p>
      <w:r>
        <w:rPr>
          <w:b w:val="0"/>
          <w:sz w:val="20"/>
        </w:rPr>
        <w:t>Blijf lachen, blijf groeien en wie weet kruisen onze paden zich weer – misschien bij de koffiemachine, of op een onverwacht feestje.</w:t>
      </w:r>
    </w:p>
    <w:p/>
    <w:p/>
    <w:p>
      <w:r>
        <w:rPr>
          <w:b w:val="0"/>
          <w:sz w:val="20"/>
        </w:rPr>
        <w:t>Met een grote glimlach en een warm hart,</w:t>
      </w:r>
    </w:p>
    <w:p/>
    <w:p>
      <w:r>
        <w:rPr>
          <w:b/>
          <w:sz w:val="20"/>
        </w:rPr>
        <w:t>Jouw naam hier</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b w:val="0"/>
                <w:sz w:val="20"/>
              </w:rPr>
              <w:t>E-mail</w:t>
            </w:r>
          </w:p>
        </w:tc>
        <w:tc>
          <w:tcPr>
            <w:tcW w:type="dxa" w:w="4986"/>
            <w:tcBorders>
              <w:top w:val="nil"/>
              <w:left w:val="nil"/>
              <w:bottom w:val="nil"/>
              <w:right w:val="nil"/>
              <w:insideH w:val="nil"/>
              <w:insideV w:val="nil"/>
            </w:tcBorders>
          </w:tcPr>
          <w:p>
            <w:pPr>
              <w:jc w:val="center"/>
            </w:pPr>
            <w:r>
              <w:rPr>
                <w:b w:val="0"/>
                <w:sz w:val="20"/>
              </w:rPr>
              <w:t>telefoonnummer</w:t>
            </w:r>
          </w:p>
        </w:tc>
      </w:tr>
      <w:tr>
        <w:tc>
          <w:tcPr>
            <w:tcW w:type="dxa" w:w="4986"/>
            <w:tcBorders>
              <w:top w:val="nil"/>
              <w:left w:val="nil"/>
              <w:bottom w:val="nil"/>
              <w:right w:val="nil"/>
              <w:insideH w:val="nil"/>
              <w:insideV w:val="nil"/>
            </w:tcBorders>
          </w:tcPr>
          <w:p>
            <w:pPr>
              <w:jc w:val="center"/>
            </w:pPr>
            <w:r>
              <w:rPr>
                <w:b w:val="0"/>
                <w:sz w:val="20"/>
              </w:rPr>
              <w:t>jouw.email@voorbeeld.com</w:t>
            </w:r>
          </w:p>
        </w:tc>
        <w:tc>
          <w:tcPr>
            <w:tcW w:type="dxa" w:w="4986"/>
            <w:tcBorders>
              <w:top w:val="nil"/>
              <w:left w:val="nil"/>
              <w:bottom w:val="nil"/>
              <w:right w:val="nil"/>
              <w:insideH w:val="nil"/>
              <w:insideV w:val="nil"/>
            </w:tcBorders>
          </w:tcPr>
          <w:p>
            <w:pPr>
              <w:jc w:val="center"/>
            </w:pPr>
            <w:r>
              <w:rPr>
                <w:b w:val="0"/>
                <w:sz w:val="20"/>
              </w:rPr>
              <w:t>06-12345678</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https://voorbeeld-centrum.com/afscheidsmail-werk-grappig/</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afscheidsmail-werk-grappig/"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