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MEDEDELING VAN AFSCHIED AAN KLANTEN</w:t>
      </w:r>
    </w:p>
    <w:p/>
    <w:p>
      <w:r>
        <w:rPr>
          <w:b w:val="0"/>
          <w:sz w:val="20"/>
        </w:rPr>
        <w:t>Geachte klant,</w:t>
      </w:r>
    </w:p>
    <w:p/>
    <w:p>
      <w:r>
        <w:rPr>
          <w:b w:val="0"/>
          <w:sz w:val="20"/>
        </w:rPr>
        <w:t>Met deze brief willen wij u informeren dat wij na zorgvuldig overwegen hebben besloten om onze samenwerking te beëindigen. Wij danken u hartelijk voor het vertrouwen dat u in ons heeft gesteld en voor de prettige samenwerking gedurende de tijd dat wij elkaar hebben gekend.</w:t>
      </w:r>
    </w:p>
    <w:p/>
    <w:p>
      <w:r>
        <w:rPr>
          <w:b/>
          <w:sz w:val="22"/>
        </w:rPr>
        <w:t>Reden van het afscheid</w:t>
      </w:r>
    </w:p>
    <w:p>
      <w:r>
        <w:rPr>
          <w:b w:val="0"/>
          <w:sz w:val="20"/>
        </w:rPr>
        <w:t>De beslissing om afscheid te nemen is genomen vanwege interne herstructureringen en strategische keuzes binnen ons bedrijf. Wij willen benadrukken dat dit geen weerspiegeling is van onze relatie met u als gewaardeerde klant.</w:t>
      </w:r>
    </w:p>
    <w:p/>
    <w:p>
      <w:r>
        <w:rPr>
          <w:b/>
          <w:sz w:val="22"/>
        </w:rPr>
        <w:t>Overgang en ondersteuning</w:t>
      </w:r>
    </w:p>
    <w:p>
      <w:r>
        <w:rPr>
          <w:b w:val="0"/>
          <w:sz w:val="20"/>
        </w:rPr>
        <w:t>Wij zorgen ervoor dat alle lopende zaken op een correcte en zorgvuldige manier worden afgerond. Indien u vragen heeft of ondersteuning nodig heeft bij de overgang, staan wij uiteraard voor u klaar om u hierbij te helpen.</w:t>
      </w:r>
    </w:p>
    <w:p/>
    <w:p>
      <w:r>
        <w:rPr>
          <w:b/>
          <w:sz w:val="22"/>
        </w:rPr>
        <w:t>Contact en vervolg</w:t>
      </w:r>
    </w:p>
    <w:p>
      <w:r>
        <w:rPr>
          <w:b w:val="0"/>
          <w:sz w:val="20"/>
        </w:rPr>
        <w:t>Voor vragen kunt u contact opnemen met onze klantenservice via het bekende telefoonnummer of e-mailadres. Wij streven ernaar om uw vragen zo snel mogelijk te beantwoorden.</w:t>
      </w:r>
    </w:p>
    <w:p/>
    <w:p>
      <w:r>
        <w:rPr>
          <w:b w:val="0"/>
          <w:sz w:val="20"/>
        </w:rPr>
        <w:t>Wij wensen u het allerbeste voor de toekomst en hopen dat onze paden zich wellicht op een ander moment weer zullen kruisen.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Naam Bedrijf / Afdeling</w:t>
      </w:r>
    </w:p>
    <w:p>
      <w:r>
        <w:rPr>
          <w:b w:val="0"/>
          <w:sz w:val="20"/>
        </w:rPr>
        <w:t>Handtekening: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Klant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https://voorbeeld-centrum.com/afscheid-nemen-van-klanten-voorbeeld/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afscheid-nemen-van-klanten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