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VERZOEK OM 1 DAG VRIJ TE VRAGEN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verzoek ik u vriendelijk om één werkdag vrij te geven, zonder opgave van reden, conform de geldende afspraken en het arbeidsrecht binnen Nederland. Dit verzoek betreft de volgende dag:</w:t>
      </w:r>
    </w:p>
    <w:p/>
    <w:p>
      <w:r>
        <w:rPr>
          <w:b w:val="0"/>
          <w:sz w:val="20"/>
        </w:rPr>
        <w:t>Datum van de gevraagde vrije dag : ___________________________________________</w:t>
      </w:r>
    </w:p>
    <w:p>
      <w:r>
        <w:rPr>
          <w:b w:val="0"/>
          <w:sz w:val="20"/>
        </w:rPr>
        <w:t>Reden (optioneel) : _____________________________________________________________</w:t>
      </w:r>
    </w:p>
    <w:p/>
    <w:p/>
    <w:p>
      <w:r>
        <w:rPr>
          <w:b/>
          <w:sz w:val="20"/>
        </w:rPr>
        <w:t>Toelichting en afspraken:</w:t>
      </w:r>
    </w:p>
    <w:p>
      <w:r>
        <w:rPr>
          <w:b w:val="0"/>
          <w:sz w:val="20"/>
        </w:rPr>
        <w:t>1. Dit verzoek wordt gedaan in overeenstemming met het toepasselijke arbeidscontract en de bedrijfsregeling omtrent verlof.</w:t>
      </w:r>
    </w:p>
    <w:p>
      <w:r>
        <w:rPr>
          <w:b w:val="0"/>
          <w:sz w:val="20"/>
        </w:rPr>
        <w:t>2. De werkgever behoudt zich het recht voor om het verzoek te weigeren indien de bedrijfsvoering daardoor ernstig wordt belemmerd.</w:t>
      </w:r>
    </w:p>
    <w:p>
      <w:r>
        <w:rPr>
          <w:b w:val="0"/>
          <w:sz w:val="20"/>
        </w:rPr>
        <w:t>3. Bij goedkeuring van dit verzoek zal de vrije dag worden geregistreerd als verlofdag zonder loonverlies.</w:t>
      </w:r>
    </w:p>
    <w:p/>
    <w:p>
      <w:r>
        <w:rPr>
          <w:b/>
          <w:sz w:val="20"/>
        </w:rPr>
        <w:t>Hierbij verklaar ik dat ik het bovenstaande verzoek naar waarheid en in goed vertrouwen indienen.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Werknemer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Werkgever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/>
    <w:p/>
    <w:p>
      <w:r>
        <w:rPr>
          <w:b w:val="0"/>
          <w:sz w:val="20"/>
        </w:rPr>
        <w:t>Plaats : _______________________    Datum : 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https://voorbeeld-centrum.com/1-dag-vrij-vragen-werk-voorbeeld/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1-dag-vrij-vragen-werk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